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6EBD69" w14:textId="77777777" w:rsidR="000A00E3" w:rsidRDefault="000A00E3">
      <w:pPr>
        <w:jc w:val="center"/>
        <w:rPr>
          <w:rFonts w:ascii="Arial" w:eastAsia="Arial" w:hAnsi="Arial" w:cs="Noto Sans CJK SC"/>
          <w:b/>
          <w:color w:val="1F4E79"/>
          <w:sz w:val="48"/>
        </w:rPr>
      </w:pPr>
      <w:r>
        <w:rPr>
          <w:rFonts w:ascii="Arial" w:eastAsia="Arial" w:hAnsi="Arial" w:cs="Noto Sans CJK SC"/>
          <w:b/>
          <w:color w:val="1F4E79"/>
          <w:sz w:val="48"/>
        </w:rPr>
        <w:t>Pre-Installation Site Confirmation Checklist</w:t>
      </w:r>
    </w:p>
    <w:p w14:paraId="2797D688" w14:textId="0F651ADF" w:rsidR="00835692" w:rsidRDefault="000A00E3">
      <w:pPr>
        <w:jc w:val="center"/>
        <w:rPr>
          <w:lang w:eastAsia="zh-CN"/>
        </w:rPr>
      </w:pPr>
      <w:r>
        <w:rPr>
          <w:rFonts w:ascii="Arial" w:eastAsia="Arial" w:hAnsi="Arial" w:cs="Noto Sans CJK SC"/>
          <w:b/>
          <w:color w:val="1F4E79"/>
          <w:sz w:val="48"/>
        </w:rPr>
        <w:t>A</w:t>
      </w:r>
      <w:r w:rsidR="00325523">
        <w:rPr>
          <w:rFonts w:ascii="Arial" w:eastAsia="Arial" w:hAnsi="Arial" w:cs="Noto Sans CJK SC"/>
          <w:color w:val="4B5563"/>
          <w:sz w:val="22"/>
        </w:rPr>
        <w:t>p</w:t>
      </w:r>
      <w:r>
        <w:rPr>
          <w:rFonts w:ascii="Arial" w:eastAsia="Arial" w:hAnsi="Arial" w:cs="Noto Sans CJK SC"/>
          <w:color w:val="4B5563"/>
          <w:sz w:val="22"/>
        </w:rPr>
        <w:t>plica</w:t>
      </w:r>
      <w:r w:rsidR="00325523">
        <w:rPr>
          <w:rFonts w:ascii="Arial" w:eastAsia="Arial" w:hAnsi="Arial" w:cs="Noto Sans CJK SC"/>
          <w:color w:val="4B5563"/>
          <w:sz w:val="22"/>
        </w:rPr>
        <w:t>ble to Pneumatic Industrial Manipulators / Pneumatic Balancers / Vacuum Lifters / Articulating Jib Cranes / Custom Tooling</w:t>
      </w:r>
    </w:p>
    <w:p w14:paraId="070DD73B" w14:textId="6ED1D400" w:rsidR="00835692" w:rsidRDefault="0007646A">
      <w:pPr>
        <w:jc w:val="center"/>
        <w:rPr>
          <w:lang w:eastAsia="zh-CN"/>
        </w:rPr>
      </w:pPr>
      <w:r>
        <w:rPr>
          <w:noProof/>
        </w:rPr>
        <w:drawing>
          <wp:anchor distT="0" distB="0" distL="114300" distR="114300" simplePos="0" relativeHeight="251658240" behindDoc="0" locked="0" layoutInCell="1" allowOverlap="1" wp14:anchorId="02BEEACE" wp14:editId="5883FB65">
            <wp:simplePos x="0" y="0"/>
            <wp:positionH relativeFrom="column">
              <wp:posOffset>0</wp:posOffset>
            </wp:positionH>
            <wp:positionV relativeFrom="paragraph">
              <wp:posOffset>191770</wp:posOffset>
            </wp:positionV>
            <wp:extent cx="6264910" cy="5667375"/>
            <wp:effectExtent l="0" t="0" r="2540" b="0"/>
            <wp:wrapNone/>
            <wp:docPr id="1281171869"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1171869" name="图片 5"/>
                    <pic:cNvPicPr>
                      <a:picLocks noChangeAspect="1"/>
                    </pic:cNvPicPr>
                  </pic:nvPicPr>
                  <pic:blipFill>
                    <a:blip r:embed="rId8">
                      <a:alphaModFix amt="20000"/>
                    </a:blip>
                    <a:stretch>
                      <a:fillRect/>
                    </a:stretch>
                  </pic:blipFill>
                  <pic:spPr>
                    <a:xfrm>
                      <a:off x="0" y="0"/>
                      <a:ext cx="6264910" cy="5667375"/>
                    </a:xfrm>
                    <a:prstGeom prst="rect">
                      <a:avLst/>
                    </a:prstGeom>
                  </pic:spPr>
                </pic:pic>
              </a:graphicData>
            </a:graphic>
            <wp14:sizeRelH relativeFrom="page">
              <wp14:pctWidth>0</wp14:pctWidth>
            </wp14:sizeRelH>
            <wp14:sizeRelV relativeFrom="page">
              <wp14:pctHeight>0</wp14:pctHeight>
            </wp14:sizeRelV>
          </wp:anchor>
        </w:drawing>
      </w:r>
      <w:r w:rsidR="00325523">
        <w:rPr>
          <w:rFonts w:ascii="Arial" w:eastAsia="Arial" w:hAnsi="Arial" w:cs="Noto Sans CJK SC"/>
          <w:color w:val="4B5563"/>
        </w:rPr>
        <w:t>For pre-installation information confirmation, concept evaluation, site measurement, and installation preparation</w:t>
      </w:r>
    </w:p>
    <w:p w14:paraId="3906B246" w14:textId="77777777" w:rsidR="00835692" w:rsidRDefault="00835692">
      <w:pPr>
        <w:rPr>
          <w:lang w:eastAsia="zh-CN"/>
        </w:rPr>
      </w:pPr>
    </w:p>
    <w:tbl>
      <w:tblPr>
        <w:tblW w:w="0" w:type="auto"/>
        <w:jc w:val="center"/>
        <w:tblBorders>
          <w:top w:val="single" w:sz="6" w:space="0" w:color="B8C6D1"/>
          <w:left w:val="single" w:sz="6" w:space="0" w:color="B8C6D1"/>
          <w:bottom w:val="single" w:sz="6" w:space="0" w:color="B8C6D1"/>
          <w:right w:val="single" w:sz="6" w:space="0" w:color="B8C6D1"/>
          <w:insideH w:val="single" w:sz="6" w:space="0" w:color="B8C6D1"/>
          <w:insideV w:val="single" w:sz="6" w:space="0" w:color="B8C6D1"/>
        </w:tblBorders>
        <w:tblLayout w:type="fixed"/>
        <w:tblLook w:val="04A0" w:firstRow="1" w:lastRow="0" w:firstColumn="1" w:lastColumn="0" w:noHBand="0" w:noVBand="1"/>
      </w:tblPr>
      <w:tblGrid>
        <w:gridCol w:w="4933"/>
        <w:gridCol w:w="6690"/>
      </w:tblGrid>
      <w:tr w:rsidR="00835692" w14:paraId="7027329B" w14:textId="77777777">
        <w:trPr>
          <w:tblHeader/>
          <w:jc w:val="center"/>
        </w:trPr>
        <w:tc>
          <w:tcPr>
            <w:tcW w:w="4933" w:type="dxa"/>
            <w:shd w:val="clear" w:color="auto" w:fill="1F4E79"/>
            <w:vAlign w:val="center"/>
          </w:tcPr>
          <w:p w14:paraId="50F1F7FA" w14:textId="77777777" w:rsidR="00835692" w:rsidRDefault="00325523">
            <w:pPr>
              <w:spacing w:after="0"/>
              <w:jc w:val="center"/>
            </w:pPr>
            <w:r>
              <w:rPr>
                <w:rFonts w:ascii="Arial" w:eastAsia="Arial" w:hAnsi="Arial" w:cs="Noto Sans CJK SC"/>
                <w:b/>
                <w:color w:val="FFFFFF"/>
                <w:sz w:val="19"/>
              </w:rPr>
              <w:t>Item</w:t>
            </w:r>
          </w:p>
        </w:tc>
        <w:tc>
          <w:tcPr>
            <w:tcW w:w="4933" w:type="dxa"/>
            <w:shd w:val="clear" w:color="auto" w:fill="1F4E79"/>
            <w:vAlign w:val="center"/>
          </w:tcPr>
          <w:p w14:paraId="6DC315C6" w14:textId="77777777" w:rsidR="00835692" w:rsidRDefault="00325523">
            <w:pPr>
              <w:spacing w:after="0"/>
              <w:jc w:val="center"/>
            </w:pPr>
            <w:r>
              <w:rPr>
                <w:rFonts w:ascii="Arial" w:eastAsia="Arial" w:hAnsi="Arial" w:cs="Noto Sans CJK SC"/>
                <w:b/>
                <w:color w:val="FFFFFF"/>
                <w:sz w:val="19"/>
              </w:rPr>
              <w:t>Details</w:t>
            </w:r>
          </w:p>
        </w:tc>
      </w:tr>
      <w:tr w:rsidR="00835692" w14:paraId="44FCAF3F" w14:textId="77777777">
        <w:trPr>
          <w:cantSplit/>
          <w:jc w:val="center"/>
        </w:trPr>
        <w:tc>
          <w:tcPr>
            <w:tcW w:w="2381" w:type="dxa"/>
            <w:shd w:val="clear" w:color="auto" w:fill="EAF2F8"/>
            <w:vAlign w:val="center"/>
          </w:tcPr>
          <w:p w14:paraId="2ACD50E2" w14:textId="77777777" w:rsidR="00835692" w:rsidRDefault="00325523">
            <w:pPr>
              <w:spacing w:after="0"/>
            </w:pPr>
            <w:r>
              <w:rPr>
                <w:rFonts w:ascii="Arial" w:eastAsia="Arial" w:hAnsi="Arial" w:cs="Noto Sans CJK SC"/>
                <w:b/>
                <w:color w:val="1F2937"/>
                <w:sz w:val="18"/>
              </w:rPr>
              <w:t>Document No.</w:t>
            </w:r>
          </w:p>
        </w:tc>
        <w:tc>
          <w:tcPr>
            <w:tcW w:w="6690" w:type="dxa"/>
            <w:vAlign w:val="center"/>
          </w:tcPr>
          <w:p w14:paraId="21A4A939" w14:textId="77777777" w:rsidR="00835692" w:rsidRDefault="00325523">
            <w:pPr>
              <w:spacing w:after="0"/>
            </w:pPr>
            <w:r>
              <w:rPr>
                <w:rFonts w:cs="Noto Sans CJK SC"/>
                <w:color w:val="1F2937"/>
                <w:sz w:val="18"/>
              </w:rPr>
              <w:t>AUREK-FRM-INS-001</w:t>
            </w:r>
          </w:p>
        </w:tc>
      </w:tr>
      <w:tr w:rsidR="00835692" w14:paraId="5554942A" w14:textId="77777777">
        <w:trPr>
          <w:cantSplit/>
          <w:jc w:val="center"/>
        </w:trPr>
        <w:tc>
          <w:tcPr>
            <w:tcW w:w="2381" w:type="dxa"/>
            <w:shd w:val="clear" w:color="auto" w:fill="EAF2F8"/>
            <w:vAlign w:val="center"/>
          </w:tcPr>
          <w:p w14:paraId="2CDBDEED" w14:textId="77777777" w:rsidR="00835692" w:rsidRDefault="00325523">
            <w:pPr>
              <w:spacing w:after="0"/>
            </w:pPr>
            <w:r>
              <w:rPr>
                <w:rFonts w:ascii="Arial" w:eastAsia="Arial" w:hAnsi="Arial" w:cs="Noto Sans CJK SC"/>
                <w:b/>
                <w:color w:val="1F2937"/>
                <w:sz w:val="18"/>
              </w:rPr>
              <w:t>Version</w:t>
            </w:r>
          </w:p>
        </w:tc>
        <w:tc>
          <w:tcPr>
            <w:tcW w:w="6690" w:type="dxa"/>
            <w:vAlign w:val="center"/>
          </w:tcPr>
          <w:p w14:paraId="0A03F82D" w14:textId="77777777" w:rsidR="00835692" w:rsidRDefault="00325523">
            <w:pPr>
              <w:spacing w:after="0"/>
            </w:pPr>
            <w:r>
              <w:rPr>
                <w:rFonts w:cs="Noto Sans CJK SC"/>
                <w:color w:val="1F2937"/>
                <w:sz w:val="18"/>
              </w:rPr>
              <w:t>V1.0</w:t>
            </w:r>
          </w:p>
        </w:tc>
      </w:tr>
      <w:tr w:rsidR="00835692" w14:paraId="508D00B4" w14:textId="77777777">
        <w:trPr>
          <w:cantSplit/>
          <w:jc w:val="center"/>
        </w:trPr>
        <w:tc>
          <w:tcPr>
            <w:tcW w:w="2381" w:type="dxa"/>
            <w:shd w:val="clear" w:color="auto" w:fill="EAF2F8"/>
            <w:vAlign w:val="center"/>
          </w:tcPr>
          <w:p w14:paraId="28C4E37B" w14:textId="77777777" w:rsidR="00835692" w:rsidRDefault="00325523">
            <w:pPr>
              <w:spacing w:after="0"/>
            </w:pPr>
            <w:r>
              <w:rPr>
                <w:rFonts w:ascii="Arial" w:eastAsia="Arial" w:hAnsi="Arial" w:cs="Noto Sans CJK SC"/>
                <w:b/>
                <w:color w:val="1F2937"/>
                <w:sz w:val="18"/>
              </w:rPr>
              <w:t>Instructions</w:t>
            </w:r>
          </w:p>
        </w:tc>
        <w:tc>
          <w:tcPr>
            <w:tcW w:w="6690" w:type="dxa"/>
            <w:vAlign w:val="center"/>
          </w:tcPr>
          <w:p w14:paraId="24579F75" w14:textId="77777777" w:rsidR="00835692" w:rsidRDefault="00325523">
            <w:pPr>
              <w:spacing w:after="0"/>
              <w:rPr>
                <w:lang w:eastAsia="zh-CN"/>
              </w:rPr>
            </w:pPr>
            <w:r>
              <w:rPr>
                <w:rFonts w:ascii="Arial" w:eastAsia="Arial" w:hAnsi="Arial" w:cs="Noto Sans CJK SC"/>
                <w:color w:val="1F2937"/>
                <w:sz w:val="18"/>
              </w:rPr>
              <w:t>Enter the required parameters in the corresponding fields. Mark the applicable options with a √ in the □.</w:t>
            </w:r>
          </w:p>
        </w:tc>
      </w:tr>
      <w:tr w:rsidR="00835692" w14:paraId="48DE832A" w14:textId="77777777">
        <w:trPr>
          <w:cantSplit/>
          <w:jc w:val="center"/>
        </w:trPr>
        <w:tc>
          <w:tcPr>
            <w:tcW w:w="2381" w:type="dxa"/>
            <w:shd w:val="clear" w:color="auto" w:fill="EAF2F8"/>
            <w:vAlign w:val="center"/>
          </w:tcPr>
          <w:p w14:paraId="4C60D1E1" w14:textId="77777777" w:rsidR="00835692" w:rsidRDefault="00325523">
            <w:pPr>
              <w:spacing w:after="0"/>
            </w:pPr>
            <w:r>
              <w:rPr>
                <w:rFonts w:ascii="Arial" w:eastAsia="Arial" w:hAnsi="Arial" w:cs="Noto Sans CJK SC"/>
                <w:b/>
                <w:color w:val="1F2937"/>
                <w:sz w:val="18"/>
              </w:rPr>
              <w:t>Applicable Stage</w:t>
            </w:r>
          </w:p>
        </w:tc>
        <w:tc>
          <w:tcPr>
            <w:tcW w:w="6690" w:type="dxa"/>
            <w:vAlign w:val="center"/>
          </w:tcPr>
          <w:p w14:paraId="3960926F" w14:textId="77777777" w:rsidR="00835692" w:rsidRDefault="00325523">
            <w:pPr>
              <w:spacing w:after="0"/>
              <w:rPr>
                <w:lang w:eastAsia="zh-CN"/>
              </w:rPr>
            </w:pPr>
            <w:r>
              <w:rPr>
                <w:rFonts w:ascii="Arial" w:eastAsia="Arial" w:hAnsi="Arial" w:cs="Noto Sans CJK SC"/>
                <w:color w:val="1F2937"/>
                <w:sz w:val="18"/>
              </w:rPr>
              <w:t>Pre-sales plan confirmation/on-site measurement/review before shipment/pre-installation preparation</w:t>
            </w:r>
          </w:p>
        </w:tc>
      </w:tr>
      <w:tr w:rsidR="00835692" w14:paraId="05EE5A3A" w14:textId="77777777">
        <w:tblPrEx>
          <w:tblBorders>
            <w:top w:val="single" w:sz="4" w:space="0" w:color="D6DEE6"/>
            <w:left w:val="single" w:sz="4" w:space="0" w:color="D6DEE6"/>
            <w:bottom w:val="single" w:sz="4" w:space="0" w:color="D6DEE6"/>
            <w:right w:val="single" w:sz="4" w:space="0" w:color="D6DEE6"/>
            <w:insideH w:val="single" w:sz="4" w:space="0" w:color="D6DEE6"/>
            <w:insideV w:val="single" w:sz="4" w:space="0" w:color="D6DEE6"/>
          </w:tblBorders>
        </w:tblPrEx>
        <w:trPr>
          <w:jc w:val="center"/>
        </w:trPr>
        <w:tc>
          <w:tcPr>
            <w:tcW w:w="9866" w:type="dxa"/>
            <w:gridSpan w:val="2"/>
            <w:shd w:val="clear" w:color="auto" w:fill="F7FAFC"/>
            <w:vAlign w:val="center"/>
          </w:tcPr>
          <w:p w14:paraId="1B5AD01B" w14:textId="77777777" w:rsidR="00835692" w:rsidRDefault="00325523">
            <w:pPr>
              <w:spacing w:after="0"/>
              <w:ind w:left="57" w:right="57"/>
              <w:rPr>
                <w:lang w:eastAsia="zh-CN"/>
              </w:rPr>
            </w:pPr>
            <w:r>
              <w:rPr>
                <w:rFonts w:ascii="Arial" w:eastAsia="Arial" w:hAnsi="Arial" w:cs="Noto Sans CJK SC"/>
                <w:color w:val="4B5563"/>
                <w:sz w:val="18"/>
              </w:rPr>
              <w:t>Instructions: This checklist helps the customer and engineers confirm workpiece parameters, installation configuration, site space, air-supply conditions, logistics conditions, and tooling requirements in advance. The actual equipment solution, installation requirements, and foundation requirements are subject to the final technical solution and on-site verification.</w:t>
            </w:r>
          </w:p>
        </w:tc>
      </w:tr>
    </w:tbl>
    <w:p w14:paraId="24082250" w14:textId="77777777" w:rsidR="00835692" w:rsidRDefault="00835692">
      <w:pPr>
        <w:rPr>
          <w:lang w:eastAsia="zh-CN"/>
        </w:rPr>
      </w:pPr>
    </w:p>
    <w:p w14:paraId="6719163A" w14:textId="77777777" w:rsidR="00835692" w:rsidRDefault="00325523">
      <w:pPr>
        <w:pStyle w:val="1"/>
        <w:spacing w:before="200" w:after="120"/>
      </w:pPr>
      <w:r>
        <w:rPr>
          <w:rFonts w:ascii="Arial" w:eastAsia="Arial" w:hAnsi="Arial" w:cs="Noto Sans CJK SC"/>
          <w:color w:val="1F4E79"/>
        </w:rPr>
        <w:t>1. Customer and project information</w:t>
      </w:r>
    </w:p>
    <w:tbl>
      <w:tblPr>
        <w:tblW w:w="0" w:type="auto"/>
        <w:jc w:val="center"/>
        <w:tblBorders>
          <w:top w:val="single" w:sz="6" w:space="0" w:color="B8C6D1"/>
          <w:left w:val="single" w:sz="6" w:space="0" w:color="B8C6D1"/>
          <w:bottom w:val="single" w:sz="6" w:space="0" w:color="B8C6D1"/>
          <w:right w:val="single" w:sz="6" w:space="0" w:color="B8C6D1"/>
          <w:insideH w:val="single" w:sz="6" w:space="0" w:color="B8C6D1"/>
          <w:insideV w:val="single" w:sz="6" w:space="0" w:color="B8C6D1"/>
        </w:tblBorders>
        <w:tblLayout w:type="fixed"/>
        <w:tblLook w:val="04A0" w:firstRow="1" w:lastRow="0" w:firstColumn="1" w:lastColumn="0" w:noHBand="0" w:noVBand="1"/>
      </w:tblPr>
      <w:tblGrid>
        <w:gridCol w:w="4933"/>
        <w:gridCol w:w="6690"/>
      </w:tblGrid>
      <w:tr w:rsidR="00835692" w14:paraId="14251FEE" w14:textId="77777777">
        <w:trPr>
          <w:tblHeader/>
          <w:jc w:val="center"/>
        </w:trPr>
        <w:tc>
          <w:tcPr>
            <w:tcW w:w="4933" w:type="dxa"/>
            <w:shd w:val="clear" w:color="auto" w:fill="1F4E79"/>
            <w:vAlign w:val="center"/>
          </w:tcPr>
          <w:p w14:paraId="48768DA1" w14:textId="77777777" w:rsidR="00835692" w:rsidRDefault="00325523">
            <w:pPr>
              <w:spacing w:after="0"/>
              <w:jc w:val="center"/>
            </w:pPr>
            <w:r>
              <w:rPr>
                <w:rFonts w:ascii="Arial" w:eastAsia="Arial" w:hAnsi="Arial" w:cs="Noto Sans CJK SC"/>
                <w:b/>
                <w:color w:val="FFFFFF"/>
                <w:sz w:val="19"/>
              </w:rPr>
              <w:t>Confirm items</w:t>
            </w:r>
          </w:p>
        </w:tc>
        <w:tc>
          <w:tcPr>
            <w:tcW w:w="4933" w:type="dxa"/>
            <w:shd w:val="clear" w:color="auto" w:fill="1F4E79"/>
            <w:vAlign w:val="center"/>
          </w:tcPr>
          <w:p w14:paraId="07243C2C" w14:textId="77777777" w:rsidR="00835692" w:rsidRDefault="00325523">
            <w:pPr>
              <w:spacing w:after="0"/>
              <w:jc w:val="center"/>
            </w:pPr>
            <w:r>
              <w:rPr>
                <w:rFonts w:ascii="Arial" w:eastAsia="Arial" w:hAnsi="Arial" w:cs="Noto Sans CJK SC"/>
                <w:b/>
                <w:color w:val="FFFFFF"/>
                <w:sz w:val="19"/>
              </w:rPr>
              <w:t>Fill in the content</w:t>
            </w:r>
          </w:p>
        </w:tc>
      </w:tr>
      <w:tr w:rsidR="00835692" w14:paraId="082C47F9" w14:textId="77777777">
        <w:trPr>
          <w:cantSplit/>
          <w:jc w:val="center"/>
        </w:trPr>
        <w:tc>
          <w:tcPr>
            <w:tcW w:w="2381" w:type="dxa"/>
            <w:shd w:val="clear" w:color="auto" w:fill="EAF2F8"/>
            <w:vAlign w:val="center"/>
          </w:tcPr>
          <w:p w14:paraId="6F46ACEC" w14:textId="77777777" w:rsidR="00835692" w:rsidRDefault="00325523">
            <w:pPr>
              <w:spacing w:after="0"/>
            </w:pPr>
            <w:r>
              <w:rPr>
                <w:rFonts w:ascii="Arial" w:eastAsia="Arial" w:hAnsi="Arial" w:cs="Noto Sans CJK SC"/>
                <w:b/>
                <w:color w:val="1F2937"/>
                <w:sz w:val="18"/>
              </w:rPr>
              <w:t>client company</w:t>
            </w:r>
          </w:p>
        </w:tc>
        <w:tc>
          <w:tcPr>
            <w:tcW w:w="6690" w:type="dxa"/>
            <w:vAlign w:val="center"/>
          </w:tcPr>
          <w:p w14:paraId="0564D42C" w14:textId="77777777" w:rsidR="00835692" w:rsidRDefault="00835692">
            <w:pPr>
              <w:spacing w:after="0"/>
            </w:pPr>
          </w:p>
        </w:tc>
      </w:tr>
      <w:tr w:rsidR="00835692" w14:paraId="5991A4A0" w14:textId="77777777">
        <w:trPr>
          <w:cantSplit/>
          <w:jc w:val="center"/>
        </w:trPr>
        <w:tc>
          <w:tcPr>
            <w:tcW w:w="2381" w:type="dxa"/>
            <w:shd w:val="clear" w:color="auto" w:fill="EAF2F8"/>
            <w:vAlign w:val="center"/>
          </w:tcPr>
          <w:p w14:paraId="25D1C079" w14:textId="77777777" w:rsidR="00835692" w:rsidRDefault="00325523">
            <w:pPr>
              <w:spacing w:after="0"/>
            </w:pPr>
            <w:r>
              <w:rPr>
                <w:rFonts w:ascii="Arial" w:eastAsia="Arial" w:hAnsi="Arial" w:cs="Noto Sans CJK SC"/>
                <w:b/>
                <w:color w:val="1F2937"/>
                <w:sz w:val="18"/>
              </w:rPr>
              <w:t>Contact person</w:t>
            </w:r>
          </w:p>
        </w:tc>
        <w:tc>
          <w:tcPr>
            <w:tcW w:w="6690" w:type="dxa"/>
            <w:vAlign w:val="center"/>
          </w:tcPr>
          <w:p w14:paraId="7AD1B174" w14:textId="77777777" w:rsidR="00835692" w:rsidRDefault="00835692">
            <w:pPr>
              <w:spacing w:after="0"/>
            </w:pPr>
          </w:p>
        </w:tc>
      </w:tr>
      <w:tr w:rsidR="00835692" w14:paraId="34E99B53" w14:textId="77777777">
        <w:trPr>
          <w:cantSplit/>
          <w:jc w:val="center"/>
        </w:trPr>
        <w:tc>
          <w:tcPr>
            <w:tcW w:w="2381" w:type="dxa"/>
            <w:shd w:val="clear" w:color="auto" w:fill="EAF2F8"/>
            <w:vAlign w:val="center"/>
          </w:tcPr>
          <w:p w14:paraId="43658722" w14:textId="77777777" w:rsidR="00835692" w:rsidRDefault="00325523">
            <w:pPr>
              <w:spacing w:after="0"/>
            </w:pPr>
            <w:r>
              <w:rPr>
                <w:rFonts w:ascii="Arial" w:eastAsia="Arial" w:hAnsi="Arial" w:cs="Noto Sans CJK SC"/>
                <w:b/>
                <w:color w:val="1F2937"/>
                <w:sz w:val="18"/>
              </w:rPr>
              <w:t>Contact number</w:t>
            </w:r>
          </w:p>
        </w:tc>
        <w:tc>
          <w:tcPr>
            <w:tcW w:w="6690" w:type="dxa"/>
            <w:vAlign w:val="center"/>
          </w:tcPr>
          <w:p w14:paraId="28FE0A9B" w14:textId="77777777" w:rsidR="00835692" w:rsidRDefault="00835692">
            <w:pPr>
              <w:spacing w:after="0"/>
            </w:pPr>
          </w:p>
        </w:tc>
      </w:tr>
      <w:tr w:rsidR="00835692" w14:paraId="41A551C1" w14:textId="77777777">
        <w:trPr>
          <w:cantSplit/>
          <w:jc w:val="center"/>
        </w:trPr>
        <w:tc>
          <w:tcPr>
            <w:tcW w:w="2381" w:type="dxa"/>
            <w:shd w:val="clear" w:color="auto" w:fill="EAF2F8"/>
            <w:vAlign w:val="center"/>
          </w:tcPr>
          <w:p w14:paraId="00F88FC8" w14:textId="77777777" w:rsidR="00835692" w:rsidRDefault="00325523">
            <w:pPr>
              <w:spacing w:after="0"/>
            </w:pPr>
            <w:r>
              <w:rPr>
                <w:rFonts w:ascii="Arial" w:eastAsia="Arial" w:hAnsi="Arial" w:cs="Noto Sans CJK SC"/>
                <w:b/>
                <w:color w:val="1F2937"/>
                <w:sz w:val="18"/>
              </w:rPr>
              <w:t>Project address</w:t>
            </w:r>
          </w:p>
        </w:tc>
        <w:tc>
          <w:tcPr>
            <w:tcW w:w="6690" w:type="dxa"/>
            <w:vAlign w:val="center"/>
          </w:tcPr>
          <w:p w14:paraId="5AB089DA" w14:textId="77777777" w:rsidR="00835692" w:rsidRDefault="00835692">
            <w:pPr>
              <w:spacing w:after="0"/>
            </w:pPr>
          </w:p>
        </w:tc>
      </w:tr>
      <w:tr w:rsidR="00835692" w14:paraId="6D734401" w14:textId="77777777">
        <w:trPr>
          <w:cantSplit/>
          <w:jc w:val="center"/>
        </w:trPr>
        <w:tc>
          <w:tcPr>
            <w:tcW w:w="2381" w:type="dxa"/>
            <w:shd w:val="clear" w:color="auto" w:fill="EAF2F8"/>
            <w:vAlign w:val="center"/>
          </w:tcPr>
          <w:p w14:paraId="7E3E2B15" w14:textId="77777777" w:rsidR="00835692" w:rsidRDefault="00325523">
            <w:pPr>
              <w:spacing w:after="0"/>
            </w:pPr>
            <w:r>
              <w:rPr>
                <w:rFonts w:ascii="Arial" w:eastAsia="Arial" w:hAnsi="Arial" w:cs="Noto Sans CJK SC"/>
                <w:b/>
                <w:color w:val="1F2937"/>
                <w:sz w:val="18"/>
              </w:rPr>
              <w:t>Equipment purpose</w:t>
            </w:r>
          </w:p>
        </w:tc>
        <w:tc>
          <w:tcPr>
            <w:tcW w:w="6690" w:type="dxa"/>
            <w:vAlign w:val="center"/>
          </w:tcPr>
          <w:p w14:paraId="3207B9E5" w14:textId="77777777" w:rsidR="00835692" w:rsidRDefault="00325523">
            <w:pPr>
              <w:spacing w:after="0"/>
              <w:rPr>
                <w:lang w:eastAsia="zh-CN"/>
              </w:rPr>
            </w:pPr>
            <w:r>
              <w:rPr>
                <w:rFonts w:ascii="Arial" w:eastAsia="Arial" w:hAnsi="Arial" w:cs="Noto Sans CJK SC"/>
                <w:color w:val="1F2937"/>
                <w:sz w:val="18"/>
              </w:rPr>
              <w:t>□ Workpiece handling □ Machine loading/unloading □ Flipping □ Assembly assistance □ Palletizing □ Other:</w:t>
            </w:r>
          </w:p>
        </w:tc>
      </w:tr>
      <w:tr w:rsidR="00835692" w14:paraId="518F2FFF" w14:textId="77777777">
        <w:trPr>
          <w:cantSplit/>
          <w:jc w:val="center"/>
        </w:trPr>
        <w:tc>
          <w:tcPr>
            <w:tcW w:w="2381" w:type="dxa"/>
            <w:shd w:val="clear" w:color="auto" w:fill="EAF2F8"/>
            <w:vAlign w:val="center"/>
          </w:tcPr>
          <w:p w14:paraId="7A04D4F1" w14:textId="77777777" w:rsidR="00835692" w:rsidRDefault="00325523">
            <w:pPr>
              <w:spacing w:after="0"/>
            </w:pPr>
            <w:r>
              <w:rPr>
                <w:rFonts w:ascii="Arial" w:eastAsia="Arial" w:hAnsi="Arial" w:cs="Noto Sans CJK SC"/>
                <w:b/>
                <w:color w:val="1F2937"/>
                <w:sz w:val="18"/>
              </w:rPr>
              <w:t>Estimated installation time</w:t>
            </w:r>
          </w:p>
        </w:tc>
        <w:tc>
          <w:tcPr>
            <w:tcW w:w="6690" w:type="dxa"/>
            <w:vAlign w:val="center"/>
          </w:tcPr>
          <w:p w14:paraId="266A280D" w14:textId="77777777" w:rsidR="00835692" w:rsidRDefault="00835692">
            <w:pPr>
              <w:spacing w:after="0"/>
            </w:pPr>
          </w:p>
        </w:tc>
      </w:tr>
      <w:tr w:rsidR="00835692" w14:paraId="11417F8A" w14:textId="77777777">
        <w:trPr>
          <w:cantSplit/>
          <w:jc w:val="center"/>
        </w:trPr>
        <w:tc>
          <w:tcPr>
            <w:tcW w:w="2381" w:type="dxa"/>
            <w:shd w:val="clear" w:color="auto" w:fill="EAF2F8"/>
            <w:vAlign w:val="center"/>
          </w:tcPr>
          <w:p w14:paraId="7D312918" w14:textId="77777777" w:rsidR="00835692" w:rsidRDefault="00325523">
            <w:pPr>
              <w:spacing w:after="0"/>
            </w:pPr>
            <w:r>
              <w:rPr>
                <w:rFonts w:ascii="Arial" w:eastAsia="Arial" w:hAnsi="Arial" w:cs="Noto Sans CJK SC"/>
                <w:b/>
                <w:color w:val="1F2937"/>
                <w:sz w:val="18"/>
              </w:rPr>
              <w:t>Is it a new production line?</w:t>
            </w:r>
          </w:p>
        </w:tc>
        <w:tc>
          <w:tcPr>
            <w:tcW w:w="6690" w:type="dxa"/>
            <w:vAlign w:val="center"/>
          </w:tcPr>
          <w:p w14:paraId="6202674A" w14:textId="77777777" w:rsidR="00835692" w:rsidRDefault="00325523">
            <w:pPr>
              <w:spacing w:after="0"/>
            </w:pPr>
            <w:r>
              <w:rPr>
                <w:rFonts w:ascii="Arial" w:eastAsia="Arial" w:hAnsi="Arial" w:cs="Noto Sans CJK SC"/>
                <w:color w:val="1F2937"/>
                <w:sz w:val="18"/>
              </w:rPr>
              <w:t>□ Yes □ No</w:t>
            </w:r>
          </w:p>
        </w:tc>
      </w:tr>
      <w:tr w:rsidR="00835692" w14:paraId="2A154F23" w14:textId="77777777">
        <w:trPr>
          <w:cantSplit/>
          <w:jc w:val="center"/>
        </w:trPr>
        <w:tc>
          <w:tcPr>
            <w:tcW w:w="2381" w:type="dxa"/>
            <w:shd w:val="clear" w:color="auto" w:fill="EAF2F8"/>
            <w:vAlign w:val="center"/>
          </w:tcPr>
          <w:p w14:paraId="18C69C10" w14:textId="77777777" w:rsidR="00835692" w:rsidRDefault="00325523">
            <w:pPr>
              <w:spacing w:after="0"/>
            </w:pPr>
            <w:r>
              <w:rPr>
                <w:rFonts w:ascii="Arial" w:eastAsia="Arial" w:hAnsi="Arial" w:cs="Noto Sans CJK SC"/>
                <w:b/>
                <w:color w:val="1F2937"/>
                <w:sz w:val="18"/>
              </w:rPr>
              <w:t>Is an on-site survey required?</w:t>
            </w:r>
          </w:p>
        </w:tc>
        <w:tc>
          <w:tcPr>
            <w:tcW w:w="6690" w:type="dxa"/>
            <w:vAlign w:val="center"/>
          </w:tcPr>
          <w:p w14:paraId="165DDDDE" w14:textId="77777777" w:rsidR="00835692" w:rsidRDefault="00325523">
            <w:pPr>
              <w:spacing w:after="0"/>
            </w:pPr>
            <w:r>
              <w:rPr>
                <w:rFonts w:ascii="Arial" w:eastAsia="Arial" w:hAnsi="Arial" w:cs="Noto Sans CJK SC"/>
                <w:color w:val="1F2937"/>
                <w:sz w:val="18"/>
              </w:rPr>
              <w:t>□ Yes □ No</w:t>
            </w:r>
          </w:p>
        </w:tc>
      </w:tr>
    </w:tbl>
    <w:p w14:paraId="0E89C21E" w14:textId="77777777" w:rsidR="00835692" w:rsidRDefault="00325523">
      <w:pPr>
        <w:pStyle w:val="1"/>
        <w:spacing w:before="200" w:after="120"/>
      </w:pPr>
      <w:r>
        <w:rPr>
          <w:rFonts w:ascii="Arial" w:eastAsia="Arial" w:hAnsi="Arial" w:cs="Noto Sans CJK SC"/>
          <w:color w:val="1F4E79"/>
        </w:rPr>
        <w:t>2. Workpiece Information</w:t>
      </w:r>
    </w:p>
    <w:tbl>
      <w:tblPr>
        <w:tblW w:w="0" w:type="auto"/>
        <w:jc w:val="center"/>
        <w:tblBorders>
          <w:top w:val="single" w:sz="6" w:space="0" w:color="B8C6D1"/>
          <w:left w:val="single" w:sz="6" w:space="0" w:color="B8C6D1"/>
          <w:bottom w:val="single" w:sz="6" w:space="0" w:color="B8C6D1"/>
          <w:right w:val="single" w:sz="6" w:space="0" w:color="B8C6D1"/>
          <w:insideH w:val="single" w:sz="6" w:space="0" w:color="B8C6D1"/>
          <w:insideV w:val="single" w:sz="6" w:space="0" w:color="B8C6D1"/>
        </w:tblBorders>
        <w:tblLayout w:type="fixed"/>
        <w:tblLook w:val="04A0" w:firstRow="1" w:lastRow="0" w:firstColumn="1" w:lastColumn="0" w:noHBand="0" w:noVBand="1"/>
      </w:tblPr>
      <w:tblGrid>
        <w:gridCol w:w="4933"/>
        <w:gridCol w:w="6690"/>
      </w:tblGrid>
      <w:tr w:rsidR="00835692" w14:paraId="145FABD4" w14:textId="77777777">
        <w:trPr>
          <w:tblHeader/>
          <w:jc w:val="center"/>
        </w:trPr>
        <w:tc>
          <w:tcPr>
            <w:tcW w:w="4933" w:type="dxa"/>
            <w:shd w:val="clear" w:color="auto" w:fill="1F4E79"/>
            <w:vAlign w:val="center"/>
          </w:tcPr>
          <w:p w14:paraId="55E8A88D" w14:textId="77777777" w:rsidR="00835692" w:rsidRDefault="00325523">
            <w:pPr>
              <w:spacing w:after="0"/>
              <w:jc w:val="center"/>
            </w:pPr>
            <w:r>
              <w:rPr>
                <w:rFonts w:ascii="Arial" w:eastAsia="Arial" w:hAnsi="Arial" w:cs="Noto Sans CJK SC"/>
                <w:b/>
                <w:color w:val="FFFFFF"/>
                <w:sz w:val="19"/>
              </w:rPr>
              <w:t>Confirm items</w:t>
            </w:r>
          </w:p>
        </w:tc>
        <w:tc>
          <w:tcPr>
            <w:tcW w:w="4933" w:type="dxa"/>
            <w:shd w:val="clear" w:color="auto" w:fill="1F4E79"/>
            <w:vAlign w:val="center"/>
          </w:tcPr>
          <w:p w14:paraId="59971724" w14:textId="77777777" w:rsidR="00835692" w:rsidRDefault="00325523">
            <w:pPr>
              <w:spacing w:after="0"/>
              <w:jc w:val="center"/>
            </w:pPr>
            <w:r>
              <w:rPr>
                <w:rFonts w:ascii="Arial" w:eastAsia="Arial" w:hAnsi="Arial" w:cs="Noto Sans CJK SC"/>
                <w:b/>
                <w:color w:val="FFFFFF"/>
                <w:sz w:val="19"/>
              </w:rPr>
              <w:t>Fill in the content</w:t>
            </w:r>
          </w:p>
        </w:tc>
      </w:tr>
      <w:tr w:rsidR="00835692" w14:paraId="613AB5A6" w14:textId="77777777">
        <w:trPr>
          <w:cantSplit/>
          <w:jc w:val="center"/>
        </w:trPr>
        <w:tc>
          <w:tcPr>
            <w:tcW w:w="2381" w:type="dxa"/>
            <w:shd w:val="clear" w:color="auto" w:fill="EAF2F8"/>
            <w:vAlign w:val="center"/>
          </w:tcPr>
          <w:p w14:paraId="354F9F23" w14:textId="77777777" w:rsidR="00835692" w:rsidRDefault="00325523">
            <w:pPr>
              <w:spacing w:after="0"/>
            </w:pPr>
            <w:r>
              <w:rPr>
                <w:rFonts w:ascii="Arial" w:eastAsia="Arial" w:hAnsi="Arial" w:cs="Noto Sans CJK SC"/>
                <w:b/>
                <w:color w:val="1F2937"/>
                <w:sz w:val="18"/>
              </w:rPr>
              <w:t>workpiece name</w:t>
            </w:r>
          </w:p>
        </w:tc>
        <w:tc>
          <w:tcPr>
            <w:tcW w:w="6690" w:type="dxa"/>
            <w:vAlign w:val="center"/>
          </w:tcPr>
          <w:p w14:paraId="4A98C141" w14:textId="77777777" w:rsidR="00835692" w:rsidRDefault="00835692">
            <w:pPr>
              <w:spacing w:after="0"/>
            </w:pPr>
          </w:p>
        </w:tc>
      </w:tr>
      <w:tr w:rsidR="00835692" w14:paraId="79AE651B" w14:textId="77777777">
        <w:trPr>
          <w:cantSplit/>
          <w:jc w:val="center"/>
        </w:trPr>
        <w:tc>
          <w:tcPr>
            <w:tcW w:w="2381" w:type="dxa"/>
            <w:shd w:val="clear" w:color="auto" w:fill="EAF2F8"/>
            <w:vAlign w:val="center"/>
          </w:tcPr>
          <w:p w14:paraId="245795BF" w14:textId="77777777" w:rsidR="00835692" w:rsidRDefault="00325523">
            <w:pPr>
              <w:spacing w:after="0"/>
            </w:pPr>
            <w:r>
              <w:rPr>
                <w:rFonts w:ascii="Arial" w:eastAsia="Arial" w:hAnsi="Arial" w:cs="Noto Sans CJK SC"/>
                <w:b/>
                <w:color w:val="1F2937"/>
                <w:sz w:val="18"/>
              </w:rPr>
              <w:t>Unit Weight</w:t>
            </w:r>
          </w:p>
        </w:tc>
        <w:tc>
          <w:tcPr>
            <w:tcW w:w="6690" w:type="dxa"/>
            <w:vAlign w:val="center"/>
          </w:tcPr>
          <w:p w14:paraId="4F187E34" w14:textId="77777777" w:rsidR="00835692" w:rsidRDefault="00325523">
            <w:pPr>
              <w:spacing w:after="0"/>
            </w:pPr>
            <w:r>
              <w:rPr>
                <w:rFonts w:cs="Noto Sans CJK SC"/>
                <w:color w:val="1F2937"/>
                <w:sz w:val="18"/>
              </w:rPr>
              <w:t>________ kg</w:t>
            </w:r>
          </w:p>
        </w:tc>
      </w:tr>
      <w:tr w:rsidR="00835692" w14:paraId="3EBFC9EB" w14:textId="77777777">
        <w:trPr>
          <w:cantSplit/>
          <w:jc w:val="center"/>
        </w:trPr>
        <w:tc>
          <w:tcPr>
            <w:tcW w:w="2381" w:type="dxa"/>
            <w:shd w:val="clear" w:color="auto" w:fill="EAF2F8"/>
            <w:vAlign w:val="center"/>
          </w:tcPr>
          <w:p w14:paraId="3269C34E" w14:textId="77777777" w:rsidR="00835692" w:rsidRDefault="00325523">
            <w:pPr>
              <w:spacing w:after="0"/>
            </w:pPr>
            <w:r>
              <w:rPr>
                <w:rFonts w:ascii="Arial" w:eastAsia="Arial" w:hAnsi="Arial" w:cs="Noto Sans CJK SC"/>
                <w:b/>
                <w:color w:val="1F2937"/>
                <w:sz w:val="18"/>
              </w:rPr>
              <w:t>Maximum Dimensions</w:t>
            </w:r>
          </w:p>
        </w:tc>
        <w:tc>
          <w:tcPr>
            <w:tcW w:w="6690" w:type="dxa"/>
            <w:vAlign w:val="center"/>
          </w:tcPr>
          <w:p w14:paraId="1E7662FA" w14:textId="77777777" w:rsidR="00835692" w:rsidRDefault="00325523">
            <w:pPr>
              <w:spacing w:after="0"/>
              <w:rPr>
                <w:lang w:eastAsia="zh-CN"/>
              </w:rPr>
            </w:pPr>
            <w:r>
              <w:rPr>
                <w:rFonts w:ascii="Arial" w:eastAsia="Arial" w:hAnsi="Arial" w:cs="Noto Sans CJK SC"/>
                <w:color w:val="1F2937"/>
                <w:sz w:val="18"/>
              </w:rPr>
              <w:t>Length ________ mm × Width ________ mm × Height ________ mm</w:t>
            </w:r>
          </w:p>
        </w:tc>
      </w:tr>
      <w:tr w:rsidR="00835692" w14:paraId="3346F04B" w14:textId="77777777">
        <w:trPr>
          <w:cantSplit/>
          <w:jc w:val="center"/>
        </w:trPr>
        <w:tc>
          <w:tcPr>
            <w:tcW w:w="2381" w:type="dxa"/>
            <w:shd w:val="clear" w:color="auto" w:fill="EAF2F8"/>
            <w:vAlign w:val="center"/>
          </w:tcPr>
          <w:p w14:paraId="5EB1FF95" w14:textId="77777777" w:rsidR="00835692" w:rsidRDefault="00325523">
            <w:pPr>
              <w:spacing w:after="0"/>
            </w:pPr>
            <w:r>
              <w:rPr>
                <w:rFonts w:ascii="Arial" w:eastAsia="Arial" w:hAnsi="Arial" w:cs="Noto Sans CJK SC"/>
                <w:b/>
                <w:color w:val="1F2937"/>
                <w:sz w:val="18"/>
              </w:rPr>
              <w:t>workpiece material</w:t>
            </w:r>
          </w:p>
        </w:tc>
        <w:tc>
          <w:tcPr>
            <w:tcW w:w="6690" w:type="dxa"/>
            <w:vAlign w:val="center"/>
          </w:tcPr>
          <w:p w14:paraId="6DA6CE58" w14:textId="77777777" w:rsidR="00835692" w:rsidRDefault="00325523">
            <w:pPr>
              <w:spacing w:after="0"/>
              <w:rPr>
                <w:lang w:eastAsia="zh-CN"/>
              </w:rPr>
            </w:pPr>
            <w:r>
              <w:rPr>
                <w:rFonts w:ascii="Arial" w:eastAsia="Arial" w:hAnsi="Arial" w:cs="Noto Sans CJK SC"/>
                <w:color w:val="1F2937"/>
                <w:sz w:val="18"/>
              </w:rPr>
              <w:t>□ Metal □ Carton □ Plastic □ Glass □ Sheet/plate □ Other:</w:t>
            </w:r>
          </w:p>
        </w:tc>
      </w:tr>
      <w:tr w:rsidR="00835692" w14:paraId="24E1A925" w14:textId="77777777">
        <w:trPr>
          <w:cantSplit/>
          <w:jc w:val="center"/>
        </w:trPr>
        <w:tc>
          <w:tcPr>
            <w:tcW w:w="2381" w:type="dxa"/>
            <w:shd w:val="clear" w:color="auto" w:fill="EAF2F8"/>
            <w:vAlign w:val="center"/>
          </w:tcPr>
          <w:p w14:paraId="437D3D7F" w14:textId="77777777" w:rsidR="00835692" w:rsidRDefault="00325523">
            <w:pPr>
              <w:spacing w:after="0"/>
            </w:pPr>
            <w:r>
              <w:rPr>
                <w:rFonts w:ascii="Arial" w:eastAsia="Arial" w:hAnsi="Arial" w:cs="Noto Sans CJK SC"/>
                <w:b/>
                <w:color w:val="1F2937"/>
                <w:sz w:val="18"/>
              </w:rPr>
              <w:t>surface state</w:t>
            </w:r>
          </w:p>
        </w:tc>
        <w:tc>
          <w:tcPr>
            <w:tcW w:w="6690" w:type="dxa"/>
            <w:vAlign w:val="center"/>
          </w:tcPr>
          <w:p w14:paraId="36ACF938" w14:textId="77777777" w:rsidR="00835692" w:rsidRDefault="00325523">
            <w:pPr>
              <w:spacing w:after="0"/>
              <w:rPr>
                <w:lang w:eastAsia="zh-CN"/>
              </w:rPr>
            </w:pPr>
            <w:r>
              <w:rPr>
                <w:rFonts w:ascii="Arial" w:eastAsia="Arial" w:hAnsi="Arial" w:cs="Noto Sans CJK SC"/>
                <w:color w:val="1F2937"/>
                <w:sz w:val="18"/>
              </w:rPr>
              <w:t>□ Smooth □ Rough □ Oily □ Porous □ Deformation-sensitive □ High-temperature □ Other:</w:t>
            </w:r>
          </w:p>
        </w:tc>
      </w:tr>
      <w:tr w:rsidR="00835692" w14:paraId="0C5D785A" w14:textId="77777777">
        <w:trPr>
          <w:cantSplit/>
          <w:jc w:val="center"/>
        </w:trPr>
        <w:tc>
          <w:tcPr>
            <w:tcW w:w="2381" w:type="dxa"/>
            <w:shd w:val="clear" w:color="auto" w:fill="EAF2F8"/>
            <w:vAlign w:val="center"/>
          </w:tcPr>
          <w:p w14:paraId="0022B514" w14:textId="77777777" w:rsidR="00835692" w:rsidRDefault="00325523">
            <w:pPr>
              <w:spacing w:after="0"/>
            </w:pPr>
            <w:r>
              <w:rPr>
                <w:rFonts w:ascii="Arial" w:eastAsia="Arial" w:hAnsi="Arial" w:cs="Noto Sans CJK SC"/>
                <w:b/>
                <w:color w:val="1F2937"/>
                <w:sz w:val="18"/>
              </w:rPr>
              <w:t>Is mechanical gripping permitted?</w:t>
            </w:r>
          </w:p>
        </w:tc>
        <w:tc>
          <w:tcPr>
            <w:tcW w:w="6690" w:type="dxa"/>
            <w:vAlign w:val="center"/>
          </w:tcPr>
          <w:p w14:paraId="4E89826D" w14:textId="77777777" w:rsidR="00835692" w:rsidRDefault="00325523">
            <w:pPr>
              <w:spacing w:after="0"/>
            </w:pPr>
            <w:r>
              <w:rPr>
                <w:rFonts w:ascii="Arial" w:eastAsia="Arial" w:hAnsi="Arial" w:cs="Noto Sans CJK SC"/>
                <w:color w:val="1F2937"/>
                <w:sz w:val="18"/>
              </w:rPr>
              <w:t>□ Yes □ No</w:t>
            </w:r>
          </w:p>
        </w:tc>
      </w:tr>
      <w:tr w:rsidR="00835692" w14:paraId="7AD18E24" w14:textId="77777777">
        <w:trPr>
          <w:cantSplit/>
          <w:jc w:val="center"/>
        </w:trPr>
        <w:tc>
          <w:tcPr>
            <w:tcW w:w="2381" w:type="dxa"/>
            <w:shd w:val="clear" w:color="auto" w:fill="EAF2F8"/>
            <w:vAlign w:val="center"/>
          </w:tcPr>
          <w:p w14:paraId="78DED402" w14:textId="77777777" w:rsidR="00835692" w:rsidRDefault="00325523">
            <w:pPr>
              <w:spacing w:after="0"/>
            </w:pPr>
            <w:r>
              <w:rPr>
                <w:rFonts w:ascii="Arial" w:eastAsia="Arial" w:hAnsi="Arial" w:cs="Noto Sans CJK SC"/>
                <w:b/>
                <w:color w:val="1F2937"/>
                <w:sz w:val="18"/>
              </w:rPr>
              <w:t>Is vacuum gripping permitted?</w:t>
            </w:r>
          </w:p>
        </w:tc>
        <w:tc>
          <w:tcPr>
            <w:tcW w:w="6690" w:type="dxa"/>
            <w:vAlign w:val="center"/>
          </w:tcPr>
          <w:p w14:paraId="17783D3A" w14:textId="77777777" w:rsidR="00835692" w:rsidRDefault="00325523">
            <w:pPr>
              <w:spacing w:after="0"/>
            </w:pPr>
            <w:r>
              <w:rPr>
                <w:rFonts w:ascii="Arial" w:eastAsia="Arial" w:hAnsi="Arial" w:cs="Noto Sans CJK SC"/>
                <w:color w:val="1F2937"/>
                <w:sz w:val="18"/>
              </w:rPr>
              <w:t>□ Yes □ No</w:t>
            </w:r>
          </w:p>
        </w:tc>
      </w:tr>
      <w:tr w:rsidR="00835692" w14:paraId="47A6A0B3" w14:textId="77777777">
        <w:trPr>
          <w:cantSplit/>
          <w:jc w:val="center"/>
        </w:trPr>
        <w:tc>
          <w:tcPr>
            <w:tcW w:w="2381" w:type="dxa"/>
            <w:shd w:val="clear" w:color="auto" w:fill="EAF2F8"/>
            <w:vAlign w:val="center"/>
          </w:tcPr>
          <w:p w14:paraId="5447047F" w14:textId="77777777" w:rsidR="00835692" w:rsidRDefault="00325523">
            <w:pPr>
              <w:spacing w:after="0"/>
            </w:pPr>
            <w:r>
              <w:rPr>
                <w:rFonts w:ascii="Arial" w:eastAsia="Arial" w:hAnsi="Arial" w:cs="Noto Sans CJK SC"/>
                <w:b/>
                <w:color w:val="1F2937"/>
                <w:sz w:val="18"/>
              </w:rPr>
              <w:t>Do you need anti-scratch protection?</w:t>
            </w:r>
          </w:p>
        </w:tc>
        <w:tc>
          <w:tcPr>
            <w:tcW w:w="6690" w:type="dxa"/>
            <w:vAlign w:val="center"/>
          </w:tcPr>
          <w:p w14:paraId="43845B12" w14:textId="77777777" w:rsidR="00835692" w:rsidRDefault="00325523">
            <w:pPr>
              <w:spacing w:after="0"/>
            </w:pPr>
            <w:r>
              <w:rPr>
                <w:rFonts w:ascii="Arial" w:eastAsia="Arial" w:hAnsi="Arial" w:cs="Noto Sans CJK SC"/>
                <w:color w:val="1F2937"/>
                <w:sz w:val="18"/>
              </w:rPr>
              <w:t>□ Yes □ No</w:t>
            </w:r>
          </w:p>
        </w:tc>
      </w:tr>
      <w:tr w:rsidR="00835692" w14:paraId="6CEF4AE3" w14:textId="77777777">
        <w:trPr>
          <w:cantSplit/>
          <w:jc w:val="center"/>
        </w:trPr>
        <w:tc>
          <w:tcPr>
            <w:tcW w:w="2381" w:type="dxa"/>
            <w:shd w:val="clear" w:color="auto" w:fill="EAF2F8"/>
            <w:vAlign w:val="center"/>
          </w:tcPr>
          <w:p w14:paraId="5E6FC0BA" w14:textId="77777777" w:rsidR="00835692" w:rsidRDefault="00325523">
            <w:pPr>
              <w:spacing w:after="0"/>
            </w:pPr>
            <w:r>
              <w:rPr>
                <w:rFonts w:ascii="Arial" w:eastAsia="Arial" w:hAnsi="Arial" w:cs="Noto Sans CJK SC"/>
                <w:b/>
                <w:color w:val="1F2937"/>
                <w:sz w:val="18"/>
              </w:rPr>
              <w:t>Does it need to be flipped?</w:t>
            </w:r>
          </w:p>
        </w:tc>
        <w:tc>
          <w:tcPr>
            <w:tcW w:w="6690" w:type="dxa"/>
            <w:vAlign w:val="center"/>
          </w:tcPr>
          <w:p w14:paraId="00418746" w14:textId="77777777" w:rsidR="00835692" w:rsidRDefault="00325523">
            <w:pPr>
              <w:spacing w:after="0"/>
            </w:pPr>
            <w:r>
              <w:rPr>
                <w:rFonts w:ascii="Arial" w:eastAsia="Arial" w:hAnsi="Arial" w:cs="Noto Sans CJK SC"/>
                <w:color w:val="1F2937"/>
                <w:sz w:val="18"/>
              </w:rPr>
              <w:t>□ 0° □ 90° □ 180° □ Others:</w:t>
            </w:r>
          </w:p>
        </w:tc>
      </w:tr>
      <w:tr w:rsidR="00835692" w14:paraId="33A536DB" w14:textId="77777777">
        <w:trPr>
          <w:cantSplit/>
          <w:jc w:val="center"/>
        </w:trPr>
        <w:tc>
          <w:tcPr>
            <w:tcW w:w="2381" w:type="dxa"/>
            <w:shd w:val="clear" w:color="auto" w:fill="EAF2F8"/>
            <w:vAlign w:val="center"/>
          </w:tcPr>
          <w:p w14:paraId="3318EB17" w14:textId="77777777" w:rsidR="00835692" w:rsidRDefault="00325523">
            <w:pPr>
              <w:spacing w:after="0"/>
            </w:pPr>
            <w:r>
              <w:rPr>
                <w:rFonts w:ascii="Arial" w:eastAsia="Arial" w:hAnsi="Arial" w:cs="Noto Sans CJK SC"/>
                <w:b/>
                <w:color w:val="1F2937"/>
                <w:sz w:val="18"/>
              </w:rPr>
              <w:t>Is precise positioning required?</w:t>
            </w:r>
          </w:p>
        </w:tc>
        <w:tc>
          <w:tcPr>
            <w:tcW w:w="6690" w:type="dxa"/>
            <w:vAlign w:val="center"/>
          </w:tcPr>
          <w:p w14:paraId="5DFFA68C" w14:textId="77777777" w:rsidR="00835692" w:rsidRDefault="00325523">
            <w:pPr>
              <w:spacing w:after="0"/>
            </w:pPr>
            <w:r>
              <w:rPr>
                <w:rFonts w:ascii="Arial" w:eastAsia="Arial" w:hAnsi="Arial" w:cs="Noto Sans CJK SC"/>
                <w:color w:val="1F2937"/>
                <w:sz w:val="18"/>
              </w:rPr>
              <w:t>□ Yes □ No</w:t>
            </w:r>
          </w:p>
        </w:tc>
      </w:tr>
      <w:tr w:rsidR="00835692" w14:paraId="503C07A4" w14:textId="77777777">
        <w:trPr>
          <w:cantSplit/>
          <w:jc w:val="center"/>
        </w:trPr>
        <w:tc>
          <w:tcPr>
            <w:tcW w:w="2381" w:type="dxa"/>
            <w:shd w:val="clear" w:color="auto" w:fill="EAF2F8"/>
            <w:vAlign w:val="center"/>
          </w:tcPr>
          <w:p w14:paraId="64363BE9" w14:textId="77777777" w:rsidR="00835692" w:rsidRDefault="00325523">
            <w:pPr>
              <w:spacing w:after="0"/>
            </w:pPr>
            <w:r>
              <w:rPr>
                <w:rFonts w:ascii="Arial" w:eastAsia="Arial" w:hAnsi="Arial" w:cs="Noto Sans CJK SC"/>
                <w:b/>
                <w:color w:val="1F2937"/>
                <w:sz w:val="18"/>
              </w:rPr>
              <w:t>Handling Cycles per Shift</w:t>
            </w:r>
          </w:p>
        </w:tc>
        <w:tc>
          <w:tcPr>
            <w:tcW w:w="6690" w:type="dxa"/>
            <w:vAlign w:val="center"/>
          </w:tcPr>
          <w:p w14:paraId="0FA53702" w14:textId="77777777" w:rsidR="00835692" w:rsidRDefault="00325523">
            <w:pPr>
              <w:spacing w:after="0"/>
            </w:pPr>
            <w:r>
              <w:rPr>
                <w:rFonts w:ascii="Arial" w:eastAsia="Arial" w:hAnsi="Arial" w:cs="Noto Sans CJK SC"/>
                <w:color w:val="1F2937"/>
                <w:sz w:val="18"/>
              </w:rPr>
              <w:t>________ cycles/shift</w:t>
            </w:r>
          </w:p>
        </w:tc>
      </w:tr>
    </w:tbl>
    <w:p w14:paraId="29FDF619" w14:textId="77777777" w:rsidR="00835692" w:rsidRDefault="00325523">
      <w:pPr>
        <w:pStyle w:val="1"/>
        <w:spacing w:before="200" w:after="120"/>
        <w:rPr>
          <w:lang w:eastAsia="zh-CN"/>
        </w:rPr>
      </w:pPr>
      <w:r>
        <w:rPr>
          <w:rFonts w:ascii="Arial" w:eastAsia="Arial" w:hAnsi="Arial" w:cs="Noto Sans CJK SC"/>
          <w:color w:val="1F4E79"/>
        </w:rPr>
        <w:t>3. Workstation and Motion Requirements</w:t>
      </w:r>
    </w:p>
    <w:tbl>
      <w:tblPr>
        <w:tblW w:w="0" w:type="auto"/>
        <w:jc w:val="center"/>
        <w:tblBorders>
          <w:top w:val="single" w:sz="6" w:space="0" w:color="B8C6D1"/>
          <w:left w:val="single" w:sz="6" w:space="0" w:color="B8C6D1"/>
          <w:bottom w:val="single" w:sz="6" w:space="0" w:color="B8C6D1"/>
          <w:right w:val="single" w:sz="6" w:space="0" w:color="B8C6D1"/>
          <w:insideH w:val="single" w:sz="6" w:space="0" w:color="B8C6D1"/>
          <w:insideV w:val="single" w:sz="6" w:space="0" w:color="B8C6D1"/>
        </w:tblBorders>
        <w:tblLayout w:type="fixed"/>
        <w:tblLook w:val="04A0" w:firstRow="1" w:lastRow="0" w:firstColumn="1" w:lastColumn="0" w:noHBand="0" w:noVBand="1"/>
      </w:tblPr>
      <w:tblGrid>
        <w:gridCol w:w="4933"/>
        <w:gridCol w:w="6690"/>
      </w:tblGrid>
      <w:tr w:rsidR="00835692" w14:paraId="7029F767" w14:textId="77777777">
        <w:trPr>
          <w:tblHeader/>
          <w:jc w:val="center"/>
        </w:trPr>
        <w:tc>
          <w:tcPr>
            <w:tcW w:w="4933" w:type="dxa"/>
            <w:shd w:val="clear" w:color="auto" w:fill="1F4E79"/>
            <w:vAlign w:val="center"/>
          </w:tcPr>
          <w:p w14:paraId="0ED6D68E" w14:textId="77777777" w:rsidR="00835692" w:rsidRDefault="00325523">
            <w:pPr>
              <w:spacing w:after="0"/>
              <w:jc w:val="center"/>
            </w:pPr>
            <w:r>
              <w:rPr>
                <w:rFonts w:ascii="Arial" w:eastAsia="Arial" w:hAnsi="Arial" w:cs="Noto Sans CJK SC"/>
                <w:b/>
                <w:color w:val="FFFFFF"/>
                <w:sz w:val="19"/>
              </w:rPr>
              <w:t>Confirm items</w:t>
            </w:r>
          </w:p>
        </w:tc>
        <w:tc>
          <w:tcPr>
            <w:tcW w:w="4933" w:type="dxa"/>
            <w:shd w:val="clear" w:color="auto" w:fill="1F4E79"/>
            <w:vAlign w:val="center"/>
          </w:tcPr>
          <w:p w14:paraId="62F1C546" w14:textId="77777777" w:rsidR="00835692" w:rsidRDefault="00325523">
            <w:pPr>
              <w:spacing w:after="0"/>
              <w:jc w:val="center"/>
            </w:pPr>
            <w:r>
              <w:rPr>
                <w:rFonts w:ascii="Arial" w:eastAsia="Arial" w:hAnsi="Arial" w:cs="Noto Sans CJK SC"/>
                <w:b/>
                <w:color w:val="FFFFFF"/>
                <w:sz w:val="19"/>
              </w:rPr>
              <w:t>Fill in the content</w:t>
            </w:r>
          </w:p>
        </w:tc>
      </w:tr>
      <w:tr w:rsidR="00835692" w14:paraId="0B8AF5E9" w14:textId="77777777">
        <w:trPr>
          <w:cantSplit/>
          <w:jc w:val="center"/>
        </w:trPr>
        <w:tc>
          <w:tcPr>
            <w:tcW w:w="2381" w:type="dxa"/>
            <w:shd w:val="clear" w:color="auto" w:fill="EAF2F8"/>
            <w:vAlign w:val="center"/>
          </w:tcPr>
          <w:p w14:paraId="1505169E" w14:textId="77777777" w:rsidR="00835692" w:rsidRDefault="00325523">
            <w:pPr>
              <w:spacing w:after="0"/>
            </w:pPr>
            <w:r>
              <w:rPr>
                <w:rFonts w:ascii="Arial" w:eastAsia="Arial" w:hAnsi="Arial" w:cs="Noto Sans CJK SC"/>
                <w:b/>
                <w:color w:val="1F2937"/>
                <w:sz w:val="18"/>
              </w:rPr>
              <w:lastRenderedPageBreak/>
              <w:t>Pickup Height</w:t>
            </w:r>
          </w:p>
        </w:tc>
        <w:tc>
          <w:tcPr>
            <w:tcW w:w="6690" w:type="dxa"/>
            <w:vAlign w:val="center"/>
          </w:tcPr>
          <w:p w14:paraId="7F4169F6" w14:textId="77777777" w:rsidR="00835692" w:rsidRDefault="00325523">
            <w:pPr>
              <w:spacing w:after="0"/>
            </w:pPr>
            <w:r>
              <w:rPr>
                <w:rFonts w:cs="Noto Sans CJK SC"/>
                <w:color w:val="1F2937"/>
                <w:sz w:val="18"/>
              </w:rPr>
              <w:t>________ mm</w:t>
            </w:r>
          </w:p>
        </w:tc>
      </w:tr>
      <w:tr w:rsidR="00835692" w14:paraId="4F683A1D" w14:textId="77777777">
        <w:trPr>
          <w:cantSplit/>
          <w:jc w:val="center"/>
        </w:trPr>
        <w:tc>
          <w:tcPr>
            <w:tcW w:w="2381" w:type="dxa"/>
            <w:shd w:val="clear" w:color="auto" w:fill="EAF2F8"/>
            <w:vAlign w:val="center"/>
          </w:tcPr>
          <w:p w14:paraId="6D08A2B7" w14:textId="77777777" w:rsidR="00835692" w:rsidRDefault="00325523">
            <w:pPr>
              <w:spacing w:after="0"/>
            </w:pPr>
            <w:r>
              <w:rPr>
                <w:rFonts w:ascii="Arial" w:eastAsia="Arial" w:hAnsi="Arial" w:cs="Noto Sans CJK SC"/>
                <w:b/>
                <w:color w:val="1F2937"/>
                <w:sz w:val="18"/>
              </w:rPr>
              <w:t>Placement Height</w:t>
            </w:r>
          </w:p>
        </w:tc>
        <w:tc>
          <w:tcPr>
            <w:tcW w:w="6690" w:type="dxa"/>
            <w:vAlign w:val="center"/>
          </w:tcPr>
          <w:p w14:paraId="7F5733B9" w14:textId="77777777" w:rsidR="00835692" w:rsidRDefault="00325523">
            <w:pPr>
              <w:spacing w:after="0"/>
            </w:pPr>
            <w:r>
              <w:rPr>
                <w:rFonts w:cs="Noto Sans CJK SC"/>
                <w:color w:val="1F2937"/>
                <w:sz w:val="18"/>
              </w:rPr>
              <w:t>________ mm</w:t>
            </w:r>
          </w:p>
        </w:tc>
      </w:tr>
      <w:tr w:rsidR="00835692" w14:paraId="314F9EA9" w14:textId="77777777">
        <w:trPr>
          <w:cantSplit/>
          <w:jc w:val="center"/>
        </w:trPr>
        <w:tc>
          <w:tcPr>
            <w:tcW w:w="2381" w:type="dxa"/>
            <w:shd w:val="clear" w:color="auto" w:fill="EAF2F8"/>
            <w:vAlign w:val="center"/>
          </w:tcPr>
          <w:p w14:paraId="6C8A58C1" w14:textId="77777777" w:rsidR="00835692" w:rsidRDefault="00325523">
            <w:pPr>
              <w:spacing w:after="0"/>
            </w:pPr>
            <w:r>
              <w:rPr>
                <w:rFonts w:ascii="Arial" w:eastAsia="Arial" w:hAnsi="Arial" w:cs="Noto Sans CJK SC"/>
                <w:b/>
                <w:color w:val="1F2937"/>
                <w:sz w:val="18"/>
              </w:rPr>
              <w:t>Maximum lifting height</w:t>
            </w:r>
          </w:p>
        </w:tc>
        <w:tc>
          <w:tcPr>
            <w:tcW w:w="6690" w:type="dxa"/>
            <w:vAlign w:val="center"/>
          </w:tcPr>
          <w:p w14:paraId="127BC560" w14:textId="77777777" w:rsidR="00835692" w:rsidRDefault="00325523">
            <w:pPr>
              <w:spacing w:after="0"/>
            </w:pPr>
            <w:r>
              <w:rPr>
                <w:rFonts w:cs="Noto Sans CJK SC"/>
                <w:color w:val="1F2937"/>
                <w:sz w:val="18"/>
              </w:rPr>
              <w:t>________ mm</w:t>
            </w:r>
          </w:p>
        </w:tc>
      </w:tr>
      <w:tr w:rsidR="00835692" w14:paraId="301378D7" w14:textId="77777777">
        <w:trPr>
          <w:cantSplit/>
          <w:jc w:val="center"/>
        </w:trPr>
        <w:tc>
          <w:tcPr>
            <w:tcW w:w="2381" w:type="dxa"/>
            <w:shd w:val="clear" w:color="auto" w:fill="EAF2F8"/>
            <w:vAlign w:val="center"/>
          </w:tcPr>
          <w:p w14:paraId="5686885E" w14:textId="77777777" w:rsidR="00835692" w:rsidRDefault="00325523">
            <w:pPr>
              <w:spacing w:after="0"/>
            </w:pPr>
            <w:r>
              <w:rPr>
                <w:rFonts w:ascii="Arial" w:eastAsia="Arial" w:hAnsi="Arial" w:cs="Noto Sans CJK SC"/>
                <w:b/>
                <w:color w:val="1F2937"/>
                <w:sz w:val="18"/>
              </w:rPr>
              <w:t>Horizontal handling distance</w:t>
            </w:r>
          </w:p>
        </w:tc>
        <w:tc>
          <w:tcPr>
            <w:tcW w:w="6690" w:type="dxa"/>
            <w:vAlign w:val="center"/>
          </w:tcPr>
          <w:p w14:paraId="022A693A" w14:textId="77777777" w:rsidR="00835692" w:rsidRDefault="00325523">
            <w:pPr>
              <w:spacing w:after="0"/>
            </w:pPr>
            <w:r>
              <w:rPr>
                <w:rFonts w:cs="Noto Sans CJK SC"/>
                <w:color w:val="1F2937"/>
                <w:sz w:val="18"/>
              </w:rPr>
              <w:t>________ mm</w:t>
            </w:r>
          </w:p>
        </w:tc>
      </w:tr>
      <w:tr w:rsidR="00835692" w14:paraId="1C60E67E" w14:textId="77777777">
        <w:trPr>
          <w:cantSplit/>
          <w:jc w:val="center"/>
        </w:trPr>
        <w:tc>
          <w:tcPr>
            <w:tcW w:w="2381" w:type="dxa"/>
            <w:shd w:val="clear" w:color="auto" w:fill="EAF2F8"/>
            <w:vAlign w:val="center"/>
          </w:tcPr>
          <w:p w14:paraId="760F8E5F" w14:textId="77777777" w:rsidR="00835692" w:rsidRDefault="00325523">
            <w:pPr>
              <w:spacing w:after="0"/>
            </w:pPr>
            <w:r>
              <w:rPr>
                <w:rFonts w:ascii="Arial" w:eastAsia="Arial" w:hAnsi="Arial" w:cs="Noto Sans CJK SC"/>
                <w:b/>
                <w:color w:val="1F2937"/>
                <w:sz w:val="18"/>
              </w:rPr>
              <w:t>Working radius requirements</w:t>
            </w:r>
          </w:p>
        </w:tc>
        <w:tc>
          <w:tcPr>
            <w:tcW w:w="6690" w:type="dxa"/>
            <w:vAlign w:val="center"/>
          </w:tcPr>
          <w:p w14:paraId="4DD5C12E" w14:textId="77777777" w:rsidR="00835692" w:rsidRDefault="00325523">
            <w:pPr>
              <w:spacing w:after="0"/>
            </w:pPr>
            <w:r>
              <w:rPr>
                <w:rFonts w:cs="Noto Sans CJK SC"/>
                <w:color w:val="1F2937"/>
                <w:sz w:val="18"/>
              </w:rPr>
              <w:t>________ mm</w:t>
            </w:r>
          </w:p>
        </w:tc>
      </w:tr>
      <w:tr w:rsidR="00835692" w14:paraId="02546AF6" w14:textId="77777777">
        <w:trPr>
          <w:cantSplit/>
          <w:jc w:val="center"/>
        </w:trPr>
        <w:tc>
          <w:tcPr>
            <w:tcW w:w="2381" w:type="dxa"/>
            <w:shd w:val="clear" w:color="auto" w:fill="EAF2F8"/>
            <w:vAlign w:val="center"/>
          </w:tcPr>
          <w:p w14:paraId="4C772F03" w14:textId="77777777" w:rsidR="00835692" w:rsidRDefault="00325523">
            <w:pPr>
              <w:spacing w:after="0"/>
            </w:pPr>
            <w:r>
              <w:rPr>
                <w:rFonts w:ascii="Arial" w:eastAsia="Arial" w:hAnsi="Arial" w:cs="Noto Sans CJK SC"/>
                <w:b/>
                <w:color w:val="1F2937"/>
                <w:sz w:val="18"/>
              </w:rPr>
              <w:t>Does the transfer path cross over other equipment?</w:t>
            </w:r>
          </w:p>
        </w:tc>
        <w:tc>
          <w:tcPr>
            <w:tcW w:w="6690" w:type="dxa"/>
            <w:vAlign w:val="center"/>
          </w:tcPr>
          <w:p w14:paraId="13536B9F" w14:textId="77777777" w:rsidR="00835692" w:rsidRDefault="00325523">
            <w:pPr>
              <w:spacing w:after="0"/>
            </w:pPr>
            <w:r>
              <w:rPr>
                <w:rFonts w:ascii="Arial" w:eastAsia="Arial" w:hAnsi="Arial" w:cs="Noto Sans CJK SC"/>
                <w:color w:val="1F2937"/>
                <w:sz w:val="18"/>
              </w:rPr>
              <w:t>□ Yes □ No</w:t>
            </w:r>
          </w:p>
        </w:tc>
      </w:tr>
      <w:tr w:rsidR="00835692" w14:paraId="41C1B6A5" w14:textId="77777777">
        <w:trPr>
          <w:cantSplit/>
          <w:jc w:val="center"/>
        </w:trPr>
        <w:tc>
          <w:tcPr>
            <w:tcW w:w="2381" w:type="dxa"/>
            <w:shd w:val="clear" w:color="auto" w:fill="EAF2F8"/>
            <w:vAlign w:val="center"/>
          </w:tcPr>
          <w:p w14:paraId="7B981BAE" w14:textId="77777777" w:rsidR="00835692" w:rsidRDefault="00325523">
            <w:pPr>
              <w:spacing w:after="0"/>
              <w:rPr>
                <w:lang w:eastAsia="zh-CN"/>
              </w:rPr>
            </w:pPr>
            <w:r>
              <w:rPr>
                <w:rFonts w:ascii="Arial" w:eastAsia="Arial" w:hAnsi="Arial" w:cs="Noto Sans CJK SC"/>
                <w:b/>
                <w:color w:val="1F2937"/>
                <w:sz w:val="18"/>
              </w:rPr>
              <w:t>Must the manipulator reach inside equipment for pickup or placement?</w:t>
            </w:r>
          </w:p>
        </w:tc>
        <w:tc>
          <w:tcPr>
            <w:tcW w:w="6690" w:type="dxa"/>
            <w:vAlign w:val="center"/>
          </w:tcPr>
          <w:p w14:paraId="156AEAE3" w14:textId="77777777" w:rsidR="00835692" w:rsidRDefault="00325523">
            <w:pPr>
              <w:spacing w:after="0"/>
            </w:pPr>
            <w:r>
              <w:rPr>
                <w:rFonts w:ascii="Arial" w:eastAsia="Arial" w:hAnsi="Arial" w:cs="Noto Sans CJK SC"/>
                <w:color w:val="1F2937"/>
                <w:sz w:val="18"/>
              </w:rPr>
              <w:t>□ Yes □ No</w:t>
            </w:r>
          </w:p>
        </w:tc>
      </w:tr>
      <w:tr w:rsidR="00835692" w14:paraId="74BF5C62" w14:textId="77777777">
        <w:trPr>
          <w:cantSplit/>
          <w:jc w:val="center"/>
        </w:trPr>
        <w:tc>
          <w:tcPr>
            <w:tcW w:w="2381" w:type="dxa"/>
            <w:shd w:val="clear" w:color="auto" w:fill="EAF2F8"/>
            <w:vAlign w:val="center"/>
          </w:tcPr>
          <w:p w14:paraId="3F88A9EA" w14:textId="77777777" w:rsidR="00835692" w:rsidRDefault="00325523">
            <w:pPr>
              <w:spacing w:after="0"/>
            </w:pPr>
            <w:r>
              <w:rPr>
                <w:rFonts w:ascii="Arial" w:eastAsia="Arial" w:hAnsi="Arial" w:cs="Noto Sans CJK SC"/>
                <w:b/>
                <w:color w:val="1F2937"/>
                <w:sz w:val="18"/>
              </w:rPr>
              <w:t>Are there any obstacles?</w:t>
            </w:r>
          </w:p>
        </w:tc>
        <w:tc>
          <w:tcPr>
            <w:tcW w:w="6690" w:type="dxa"/>
            <w:vAlign w:val="center"/>
          </w:tcPr>
          <w:p w14:paraId="78EB44E7" w14:textId="77777777" w:rsidR="00835692" w:rsidRDefault="00325523">
            <w:pPr>
              <w:spacing w:after="0"/>
              <w:rPr>
                <w:lang w:eastAsia="zh-CN"/>
              </w:rPr>
            </w:pPr>
            <w:r>
              <w:rPr>
                <w:rFonts w:ascii="Arial" w:eastAsia="Arial" w:hAnsi="Arial" w:cs="Noto Sans CJK SC"/>
                <w:color w:val="1F2937"/>
                <w:sz w:val="18"/>
              </w:rPr>
              <w:t>□ Yes □ No; Obstacle description:</w:t>
            </w:r>
          </w:p>
        </w:tc>
      </w:tr>
      <w:tr w:rsidR="00835692" w14:paraId="7D78D9ED" w14:textId="77777777">
        <w:trPr>
          <w:cantSplit/>
          <w:jc w:val="center"/>
        </w:trPr>
        <w:tc>
          <w:tcPr>
            <w:tcW w:w="2381" w:type="dxa"/>
            <w:shd w:val="clear" w:color="auto" w:fill="EAF2F8"/>
            <w:vAlign w:val="center"/>
          </w:tcPr>
          <w:p w14:paraId="6C480F37" w14:textId="77777777" w:rsidR="00835692" w:rsidRDefault="00325523">
            <w:pPr>
              <w:spacing w:after="0"/>
            </w:pPr>
            <w:r>
              <w:rPr>
                <w:rFonts w:ascii="Arial" w:eastAsia="Arial" w:hAnsi="Arial" w:cs="Noto Sans CJK SC"/>
                <w:b/>
                <w:color w:val="1F2937"/>
                <w:sz w:val="18"/>
              </w:rPr>
              <w:t>Operator position</w:t>
            </w:r>
          </w:p>
        </w:tc>
        <w:tc>
          <w:tcPr>
            <w:tcW w:w="6690" w:type="dxa"/>
            <w:vAlign w:val="center"/>
          </w:tcPr>
          <w:p w14:paraId="237C9550" w14:textId="77777777" w:rsidR="00835692" w:rsidRDefault="00325523">
            <w:pPr>
              <w:spacing w:after="0"/>
              <w:rPr>
                <w:lang w:eastAsia="zh-CN"/>
              </w:rPr>
            </w:pPr>
            <w:r>
              <w:rPr>
                <w:rFonts w:ascii="Arial" w:eastAsia="Arial" w:hAnsi="Arial" w:cs="Noto Sans CJK SC"/>
                <w:color w:val="1F2937"/>
                <w:sz w:val="18"/>
              </w:rPr>
              <w:t>□ Left □ Right □ Directly in front □ Other:</w:t>
            </w:r>
          </w:p>
        </w:tc>
      </w:tr>
      <w:tr w:rsidR="00835692" w14:paraId="4B63F9BF" w14:textId="77777777">
        <w:trPr>
          <w:cantSplit/>
          <w:jc w:val="center"/>
        </w:trPr>
        <w:tc>
          <w:tcPr>
            <w:tcW w:w="2381" w:type="dxa"/>
            <w:shd w:val="clear" w:color="auto" w:fill="EAF2F8"/>
            <w:vAlign w:val="center"/>
          </w:tcPr>
          <w:p w14:paraId="204D5E53" w14:textId="77777777" w:rsidR="00835692" w:rsidRDefault="00325523">
            <w:pPr>
              <w:spacing w:after="0"/>
            </w:pPr>
            <w:r>
              <w:rPr>
                <w:rFonts w:ascii="Arial" w:eastAsia="Arial" w:hAnsi="Arial" w:cs="Noto Sans CJK SC"/>
                <w:b/>
                <w:color w:val="1F2937"/>
                <w:sz w:val="18"/>
              </w:rPr>
              <w:t>Expected operation</w:t>
            </w:r>
          </w:p>
        </w:tc>
        <w:tc>
          <w:tcPr>
            <w:tcW w:w="6690" w:type="dxa"/>
            <w:vAlign w:val="center"/>
          </w:tcPr>
          <w:p w14:paraId="53284821" w14:textId="77777777" w:rsidR="00835692" w:rsidRDefault="00325523">
            <w:pPr>
              <w:spacing w:after="0"/>
              <w:rPr>
                <w:lang w:eastAsia="zh-CN"/>
              </w:rPr>
            </w:pPr>
            <w:r>
              <w:rPr>
                <w:rFonts w:ascii="Arial" w:eastAsia="Arial" w:hAnsi="Arial" w:cs="Noto Sans CJK SC"/>
                <w:color w:val="1F2937"/>
                <w:sz w:val="18"/>
              </w:rPr>
              <w:t>□ Pushbutton □ Handle □ Two-hand controls □ Automatic gripping □ Other:</w:t>
            </w:r>
          </w:p>
        </w:tc>
      </w:tr>
    </w:tbl>
    <w:p w14:paraId="5570F378" w14:textId="7B5076D0" w:rsidR="00835692" w:rsidRDefault="00325523">
      <w:pPr>
        <w:pStyle w:val="1"/>
        <w:spacing w:before="200" w:after="120"/>
      </w:pPr>
      <w:r>
        <w:rPr>
          <w:rFonts w:ascii="Arial" w:eastAsia="Arial" w:hAnsi="Arial" w:cs="Noto Sans CJK SC"/>
          <w:color w:val="1F4E79"/>
        </w:rPr>
        <w:t>4. Confirmation of installation method</w:t>
      </w:r>
      <w:r w:rsidR="0007646A">
        <w:rPr>
          <w:noProof/>
        </w:rPr>
        <w:drawing>
          <wp:anchor distT="0" distB="0" distL="114300" distR="114300" simplePos="0" relativeHeight="251660288" behindDoc="0" locked="0" layoutInCell="1" allowOverlap="1" wp14:anchorId="58EB1514" wp14:editId="4D94827F">
            <wp:simplePos x="0" y="0"/>
            <wp:positionH relativeFrom="column">
              <wp:posOffset>0</wp:posOffset>
            </wp:positionH>
            <wp:positionV relativeFrom="paragraph">
              <wp:posOffset>0</wp:posOffset>
            </wp:positionV>
            <wp:extent cx="6264910" cy="5667375"/>
            <wp:effectExtent l="0" t="0" r="2540" b="0"/>
            <wp:wrapNone/>
            <wp:docPr id="1992339602"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1171869" name="图片 5"/>
                    <pic:cNvPicPr>
                      <a:picLocks noChangeAspect="1"/>
                    </pic:cNvPicPr>
                  </pic:nvPicPr>
                  <pic:blipFill>
                    <a:blip r:embed="rId8">
                      <a:alphaModFix amt="20000"/>
                    </a:blip>
                    <a:stretch>
                      <a:fillRect/>
                    </a:stretch>
                  </pic:blipFill>
                  <pic:spPr>
                    <a:xfrm>
                      <a:off x="0" y="0"/>
                      <a:ext cx="6264910" cy="5667375"/>
                    </a:xfrm>
                    <a:prstGeom prst="rect">
                      <a:avLst/>
                    </a:prstGeom>
                  </pic:spPr>
                </pic:pic>
              </a:graphicData>
            </a:graphic>
            <wp14:sizeRelH relativeFrom="page">
              <wp14:pctWidth>0</wp14:pctWidth>
            </wp14:sizeRelH>
            <wp14:sizeRelV relativeFrom="page">
              <wp14:pctHeight>0</wp14:pctHeight>
            </wp14:sizeRelV>
          </wp:anchor>
        </w:drawing>
      </w:r>
    </w:p>
    <w:tbl>
      <w:tblPr>
        <w:tblW w:w="0" w:type="auto"/>
        <w:jc w:val="center"/>
        <w:tblBorders>
          <w:top w:val="single" w:sz="4" w:space="0" w:color="D6DEE6"/>
          <w:left w:val="single" w:sz="4" w:space="0" w:color="D6DEE6"/>
          <w:bottom w:val="single" w:sz="4" w:space="0" w:color="D6DEE6"/>
          <w:right w:val="single" w:sz="4" w:space="0" w:color="D6DEE6"/>
          <w:insideH w:val="single" w:sz="4" w:space="0" w:color="D6DEE6"/>
          <w:insideV w:val="single" w:sz="4" w:space="0" w:color="D6DEE6"/>
        </w:tblBorders>
        <w:tblLayout w:type="fixed"/>
        <w:tblLook w:val="04A0" w:firstRow="1" w:lastRow="0" w:firstColumn="1" w:lastColumn="0" w:noHBand="0" w:noVBand="1"/>
      </w:tblPr>
      <w:tblGrid>
        <w:gridCol w:w="9866"/>
      </w:tblGrid>
      <w:tr w:rsidR="00835692" w14:paraId="51E75EC2" w14:textId="77777777">
        <w:trPr>
          <w:jc w:val="center"/>
        </w:trPr>
        <w:tc>
          <w:tcPr>
            <w:tcW w:w="9866" w:type="dxa"/>
            <w:shd w:val="clear" w:color="auto" w:fill="F7FAFC"/>
            <w:vAlign w:val="center"/>
          </w:tcPr>
          <w:p w14:paraId="69392FB0" w14:textId="77777777" w:rsidR="00835692" w:rsidRDefault="00325523">
            <w:pPr>
              <w:spacing w:after="0"/>
              <w:ind w:left="57" w:right="57"/>
              <w:rPr>
                <w:lang w:eastAsia="zh-CN"/>
              </w:rPr>
            </w:pPr>
            <w:r>
              <w:rPr>
                <w:rFonts w:ascii="Arial" w:eastAsia="Arial" w:hAnsi="Arial" w:cs="Noto Sans CJK SC"/>
                <w:color w:val="4B5563"/>
                <w:sz w:val="18"/>
              </w:rPr>
              <w:t>Select the proposed installation configuration: □ Floor-mounted column □ Mobile base □ Overhead-mounted □ Rail-mounted □ Jib-crane-mounted □ Other custom installation: ________</w:t>
            </w:r>
          </w:p>
        </w:tc>
      </w:tr>
    </w:tbl>
    <w:p w14:paraId="342B20ED" w14:textId="77777777" w:rsidR="00835692" w:rsidRDefault="00835692">
      <w:pPr>
        <w:rPr>
          <w:lang w:eastAsia="zh-CN"/>
        </w:rPr>
      </w:pPr>
    </w:p>
    <w:p w14:paraId="759B05E0" w14:textId="77777777" w:rsidR="00835692" w:rsidRDefault="00325523">
      <w:r>
        <w:rPr>
          <w:rFonts w:ascii="Arial" w:eastAsia="Arial" w:hAnsi="Arial" w:cs="Noto Sans CJK SC"/>
          <w:b/>
          <w:color w:val="1F4E79"/>
          <w:sz w:val="23"/>
        </w:rPr>
        <w:t>4.1 Requirements for Column-Mounted Installation</w:t>
      </w:r>
    </w:p>
    <w:tbl>
      <w:tblPr>
        <w:tblW w:w="0" w:type="auto"/>
        <w:jc w:val="center"/>
        <w:tblBorders>
          <w:top w:val="single" w:sz="6" w:space="0" w:color="B8C6D1"/>
          <w:left w:val="single" w:sz="6" w:space="0" w:color="B8C6D1"/>
          <w:bottom w:val="single" w:sz="6" w:space="0" w:color="B8C6D1"/>
          <w:right w:val="single" w:sz="6" w:space="0" w:color="B8C6D1"/>
          <w:insideH w:val="single" w:sz="6" w:space="0" w:color="B8C6D1"/>
          <w:insideV w:val="single" w:sz="6" w:space="0" w:color="B8C6D1"/>
        </w:tblBorders>
        <w:tblLayout w:type="fixed"/>
        <w:tblLook w:val="04A0" w:firstRow="1" w:lastRow="0" w:firstColumn="1" w:lastColumn="0" w:noHBand="0" w:noVBand="1"/>
      </w:tblPr>
      <w:tblGrid>
        <w:gridCol w:w="2268"/>
        <w:gridCol w:w="3969"/>
        <w:gridCol w:w="3629"/>
      </w:tblGrid>
      <w:tr w:rsidR="00835692" w14:paraId="74A25CBF" w14:textId="77777777">
        <w:trPr>
          <w:tblHeader/>
          <w:jc w:val="center"/>
        </w:trPr>
        <w:tc>
          <w:tcPr>
            <w:tcW w:w="2268" w:type="dxa"/>
            <w:shd w:val="clear" w:color="auto" w:fill="1F4E79"/>
            <w:vAlign w:val="center"/>
          </w:tcPr>
          <w:p w14:paraId="573D6426" w14:textId="77777777" w:rsidR="00835692" w:rsidRDefault="00325523">
            <w:pPr>
              <w:spacing w:after="0"/>
              <w:jc w:val="center"/>
            </w:pPr>
            <w:r>
              <w:rPr>
                <w:rFonts w:ascii="Arial" w:eastAsia="Arial" w:hAnsi="Arial" w:cs="Noto Sans CJK SC"/>
                <w:b/>
                <w:color w:val="FFFFFF"/>
                <w:sz w:val="18"/>
              </w:rPr>
              <w:t>Confirm items</w:t>
            </w:r>
          </w:p>
        </w:tc>
        <w:tc>
          <w:tcPr>
            <w:tcW w:w="3969" w:type="dxa"/>
            <w:shd w:val="clear" w:color="auto" w:fill="1F4E79"/>
            <w:vAlign w:val="center"/>
          </w:tcPr>
          <w:p w14:paraId="6937F6B8" w14:textId="77777777" w:rsidR="00835692" w:rsidRDefault="00325523">
            <w:pPr>
              <w:spacing w:after="0"/>
              <w:jc w:val="center"/>
            </w:pPr>
            <w:r>
              <w:rPr>
                <w:rFonts w:ascii="Arial" w:eastAsia="Arial" w:hAnsi="Arial" w:cs="Noto Sans CJK SC"/>
                <w:b/>
                <w:color w:val="FFFFFF"/>
                <w:sz w:val="18"/>
              </w:rPr>
              <w:t>Requirement/Fill in</w:t>
            </w:r>
          </w:p>
        </w:tc>
        <w:tc>
          <w:tcPr>
            <w:tcW w:w="2835" w:type="dxa"/>
            <w:shd w:val="clear" w:color="auto" w:fill="1F4E79"/>
            <w:vAlign w:val="center"/>
          </w:tcPr>
          <w:p w14:paraId="2300E6C8" w14:textId="77777777" w:rsidR="00835692" w:rsidRDefault="00325523">
            <w:pPr>
              <w:spacing w:after="0"/>
              <w:jc w:val="center"/>
            </w:pPr>
            <w:r>
              <w:rPr>
                <w:rFonts w:ascii="Arial" w:eastAsia="Arial" w:hAnsi="Arial" w:cs="Noto Sans CJK SC"/>
                <w:b/>
                <w:color w:val="FFFFFF"/>
                <w:sz w:val="18"/>
              </w:rPr>
              <w:t>Remarks</w:t>
            </w:r>
          </w:p>
        </w:tc>
      </w:tr>
      <w:tr w:rsidR="00835692" w14:paraId="19AE1EEF" w14:textId="77777777">
        <w:trPr>
          <w:cantSplit/>
          <w:jc w:val="center"/>
        </w:trPr>
        <w:tc>
          <w:tcPr>
            <w:tcW w:w="2268" w:type="dxa"/>
            <w:vAlign w:val="center"/>
          </w:tcPr>
          <w:p w14:paraId="13CD0047" w14:textId="77777777" w:rsidR="00835692" w:rsidRDefault="00325523">
            <w:pPr>
              <w:spacing w:after="0"/>
            </w:pPr>
            <w:r>
              <w:rPr>
                <w:rFonts w:ascii="Arial" w:eastAsia="Arial" w:hAnsi="Arial" w:cs="Noto Sans CJK SC"/>
                <w:color w:val="1F2937"/>
                <w:sz w:val="17"/>
              </w:rPr>
              <w:t>Is the floor concrete?</w:t>
            </w:r>
          </w:p>
        </w:tc>
        <w:tc>
          <w:tcPr>
            <w:tcW w:w="3969" w:type="dxa"/>
            <w:vAlign w:val="center"/>
          </w:tcPr>
          <w:p w14:paraId="3A90650E" w14:textId="77777777" w:rsidR="00835692" w:rsidRDefault="00325523">
            <w:pPr>
              <w:spacing w:after="0"/>
            </w:pPr>
            <w:r>
              <w:rPr>
                <w:rFonts w:ascii="Arial" w:eastAsia="Arial" w:hAnsi="Arial" w:cs="Noto Sans CJK SC"/>
                <w:color w:val="1F2937"/>
                <w:sz w:val="17"/>
              </w:rPr>
              <w:t>□ Yes □ No</w:t>
            </w:r>
          </w:p>
        </w:tc>
        <w:tc>
          <w:tcPr>
            <w:tcW w:w="2835" w:type="dxa"/>
            <w:vAlign w:val="center"/>
          </w:tcPr>
          <w:p w14:paraId="5081ABF1" w14:textId="77777777" w:rsidR="00835692" w:rsidRDefault="00835692">
            <w:pPr>
              <w:spacing w:after="0"/>
            </w:pPr>
          </w:p>
        </w:tc>
      </w:tr>
      <w:tr w:rsidR="00835692" w14:paraId="7496BA67" w14:textId="77777777">
        <w:trPr>
          <w:cantSplit/>
          <w:jc w:val="center"/>
        </w:trPr>
        <w:tc>
          <w:tcPr>
            <w:tcW w:w="2268" w:type="dxa"/>
            <w:vAlign w:val="center"/>
          </w:tcPr>
          <w:p w14:paraId="47E57D42" w14:textId="77777777" w:rsidR="00835692" w:rsidRDefault="00325523">
            <w:pPr>
              <w:spacing w:after="0"/>
            </w:pPr>
            <w:r>
              <w:rPr>
                <w:rFonts w:ascii="Arial" w:eastAsia="Arial" w:hAnsi="Arial" w:cs="Noto Sans CJK SC"/>
                <w:color w:val="1F2937"/>
                <w:sz w:val="17"/>
              </w:rPr>
              <w:t>concrete thickness</w:t>
            </w:r>
          </w:p>
        </w:tc>
        <w:tc>
          <w:tcPr>
            <w:tcW w:w="3969" w:type="dxa"/>
            <w:vAlign w:val="center"/>
          </w:tcPr>
          <w:p w14:paraId="4A031CED" w14:textId="77777777" w:rsidR="00835692" w:rsidRDefault="00325523">
            <w:pPr>
              <w:spacing w:after="0"/>
            </w:pPr>
            <w:r>
              <w:rPr>
                <w:rFonts w:cs="Noto Sans CJK SC"/>
                <w:color w:val="1F2937"/>
                <w:sz w:val="17"/>
              </w:rPr>
              <w:t>________ mm</w:t>
            </w:r>
          </w:p>
        </w:tc>
        <w:tc>
          <w:tcPr>
            <w:tcW w:w="2835" w:type="dxa"/>
            <w:vAlign w:val="center"/>
          </w:tcPr>
          <w:p w14:paraId="747982AA" w14:textId="77777777" w:rsidR="00835692" w:rsidRDefault="00835692">
            <w:pPr>
              <w:spacing w:after="0"/>
            </w:pPr>
          </w:p>
        </w:tc>
      </w:tr>
      <w:tr w:rsidR="00835692" w14:paraId="2720485D" w14:textId="77777777">
        <w:trPr>
          <w:cantSplit/>
          <w:jc w:val="center"/>
        </w:trPr>
        <w:tc>
          <w:tcPr>
            <w:tcW w:w="2268" w:type="dxa"/>
            <w:vAlign w:val="center"/>
          </w:tcPr>
          <w:p w14:paraId="5579EAFE" w14:textId="77777777" w:rsidR="00835692" w:rsidRDefault="00325523">
            <w:pPr>
              <w:spacing w:after="0"/>
            </w:pPr>
            <w:r>
              <w:rPr>
                <w:rFonts w:ascii="Arial" w:eastAsia="Arial" w:hAnsi="Arial" w:cs="Noto Sans CJK SC"/>
                <w:color w:val="1F2937"/>
                <w:sz w:val="17"/>
              </w:rPr>
              <w:t>Are there voids or cracks in the floor?</w:t>
            </w:r>
          </w:p>
        </w:tc>
        <w:tc>
          <w:tcPr>
            <w:tcW w:w="3969" w:type="dxa"/>
            <w:vAlign w:val="center"/>
          </w:tcPr>
          <w:p w14:paraId="4138E991" w14:textId="77777777" w:rsidR="00835692" w:rsidRDefault="00325523">
            <w:pPr>
              <w:spacing w:after="0"/>
            </w:pPr>
            <w:r>
              <w:rPr>
                <w:rFonts w:ascii="Arial" w:eastAsia="Arial" w:hAnsi="Arial" w:cs="Noto Sans CJK SC"/>
                <w:color w:val="1F2937"/>
                <w:sz w:val="17"/>
              </w:rPr>
              <w:t>□ Yes □ No</w:t>
            </w:r>
          </w:p>
        </w:tc>
        <w:tc>
          <w:tcPr>
            <w:tcW w:w="2835" w:type="dxa"/>
            <w:vAlign w:val="center"/>
          </w:tcPr>
          <w:p w14:paraId="3F652A9B" w14:textId="77777777" w:rsidR="00835692" w:rsidRDefault="00835692">
            <w:pPr>
              <w:spacing w:after="0"/>
            </w:pPr>
          </w:p>
        </w:tc>
      </w:tr>
      <w:tr w:rsidR="00835692" w14:paraId="388921D4" w14:textId="77777777">
        <w:trPr>
          <w:cantSplit/>
          <w:jc w:val="center"/>
        </w:trPr>
        <w:tc>
          <w:tcPr>
            <w:tcW w:w="2268" w:type="dxa"/>
            <w:vAlign w:val="center"/>
          </w:tcPr>
          <w:p w14:paraId="1C84D946" w14:textId="77777777" w:rsidR="00835692" w:rsidRDefault="00325523">
            <w:pPr>
              <w:spacing w:after="0"/>
            </w:pPr>
            <w:r>
              <w:rPr>
                <w:rFonts w:ascii="Arial" w:eastAsia="Arial" w:hAnsi="Arial" w:cs="Noto Sans CJK SC"/>
                <w:color w:val="1F2937"/>
                <w:sz w:val="17"/>
              </w:rPr>
              <w:t>Are expansion anchors permitted?</w:t>
            </w:r>
          </w:p>
        </w:tc>
        <w:tc>
          <w:tcPr>
            <w:tcW w:w="3969" w:type="dxa"/>
            <w:vAlign w:val="center"/>
          </w:tcPr>
          <w:p w14:paraId="2F9022D4" w14:textId="77777777" w:rsidR="00835692" w:rsidRDefault="00325523">
            <w:pPr>
              <w:spacing w:after="0"/>
            </w:pPr>
            <w:r>
              <w:rPr>
                <w:rFonts w:ascii="Arial" w:eastAsia="Arial" w:hAnsi="Arial" w:cs="Noto Sans CJK SC"/>
                <w:color w:val="1F2937"/>
                <w:sz w:val="17"/>
              </w:rPr>
              <w:t>□ Yes □ No</w:t>
            </w:r>
          </w:p>
        </w:tc>
        <w:tc>
          <w:tcPr>
            <w:tcW w:w="2835" w:type="dxa"/>
            <w:vAlign w:val="center"/>
          </w:tcPr>
          <w:p w14:paraId="4794F508" w14:textId="77777777" w:rsidR="00835692" w:rsidRDefault="00835692">
            <w:pPr>
              <w:spacing w:after="0"/>
            </w:pPr>
          </w:p>
        </w:tc>
      </w:tr>
      <w:tr w:rsidR="00835692" w14:paraId="5C84B764" w14:textId="77777777">
        <w:trPr>
          <w:cantSplit/>
          <w:jc w:val="center"/>
        </w:trPr>
        <w:tc>
          <w:tcPr>
            <w:tcW w:w="2268" w:type="dxa"/>
            <w:vAlign w:val="center"/>
          </w:tcPr>
          <w:p w14:paraId="7FE38765" w14:textId="77777777" w:rsidR="00835692" w:rsidRDefault="00325523">
            <w:pPr>
              <w:spacing w:after="0"/>
            </w:pPr>
            <w:r>
              <w:rPr>
                <w:rFonts w:ascii="Arial" w:eastAsia="Arial" w:hAnsi="Arial" w:cs="Noto Sans CJK SC"/>
                <w:color w:val="1F2937"/>
                <w:sz w:val="17"/>
              </w:rPr>
              <w:t>Is the ground flat?</w:t>
            </w:r>
          </w:p>
        </w:tc>
        <w:tc>
          <w:tcPr>
            <w:tcW w:w="3969" w:type="dxa"/>
            <w:vAlign w:val="center"/>
          </w:tcPr>
          <w:p w14:paraId="56CE3589" w14:textId="77777777" w:rsidR="00835692" w:rsidRDefault="00325523">
            <w:pPr>
              <w:spacing w:after="0"/>
            </w:pPr>
            <w:r>
              <w:rPr>
                <w:rFonts w:ascii="Arial" w:eastAsia="Arial" w:hAnsi="Arial" w:cs="Noto Sans CJK SC"/>
                <w:color w:val="1F2937"/>
                <w:sz w:val="17"/>
              </w:rPr>
              <w:t>□ Yes □ No</w:t>
            </w:r>
          </w:p>
        </w:tc>
        <w:tc>
          <w:tcPr>
            <w:tcW w:w="2835" w:type="dxa"/>
            <w:vAlign w:val="center"/>
          </w:tcPr>
          <w:p w14:paraId="3FE8AEBF" w14:textId="77777777" w:rsidR="00835692" w:rsidRDefault="00835692">
            <w:pPr>
              <w:spacing w:after="0"/>
            </w:pPr>
          </w:p>
        </w:tc>
      </w:tr>
      <w:tr w:rsidR="00835692" w14:paraId="51E36645" w14:textId="77777777">
        <w:trPr>
          <w:cantSplit/>
          <w:jc w:val="center"/>
        </w:trPr>
        <w:tc>
          <w:tcPr>
            <w:tcW w:w="2268" w:type="dxa"/>
            <w:vAlign w:val="center"/>
          </w:tcPr>
          <w:p w14:paraId="6A7C67A5" w14:textId="77777777" w:rsidR="00835692" w:rsidRDefault="00325523">
            <w:pPr>
              <w:spacing w:after="0"/>
              <w:rPr>
                <w:lang w:eastAsia="zh-CN"/>
              </w:rPr>
            </w:pPr>
            <w:r>
              <w:rPr>
                <w:rFonts w:ascii="Arial" w:eastAsia="Arial" w:hAnsi="Arial" w:cs="Noto Sans CJK SC"/>
                <w:color w:val="1F2937"/>
                <w:sz w:val="17"/>
              </w:rPr>
              <w:t>Is maintenance space reserved around the equipment?</w:t>
            </w:r>
          </w:p>
        </w:tc>
        <w:tc>
          <w:tcPr>
            <w:tcW w:w="3969" w:type="dxa"/>
            <w:vAlign w:val="center"/>
          </w:tcPr>
          <w:p w14:paraId="41A1097F" w14:textId="77777777" w:rsidR="00835692" w:rsidRDefault="00325523">
            <w:pPr>
              <w:spacing w:after="0"/>
            </w:pPr>
            <w:r>
              <w:rPr>
                <w:rFonts w:ascii="Arial" w:eastAsia="Arial" w:hAnsi="Arial" w:cs="Noto Sans CJK SC"/>
                <w:color w:val="1F2937"/>
                <w:sz w:val="17"/>
              </w:rPr>
              <w:t>□ Yes □ No</w:t>
            </w:r>
          </w:p>
        </w:tc>
        <w:tc>
          <w:tcPr>
            <w:tcW w:w="2835" w:type="dxa"/>
            <w:vAlign w:val="center"/>
          </w:tcPr>
          <w:p w14:paraId="59F61DD5" w14:textId="77777777" w:rsidR="00835692" w:rsidRDefault="00835692">
            <w:pPr>
              <w:spacing w:after="0"/>
            </w:pPr>
          </w:p>
        </w:tc>
      </w:tr>
      <w:tr w:rsidR="00835692" w14:paraId="2C1F15BF" w14:textId="77777777">
        <w:tblPrEx>
          <w:tblBorders>
            <w:top w:val="single" w:sz="4" w:space="0" w:color="D6DEE6"/>
            <w:left w:val="single" w:sz="4" w:space="0" w:color="D6DEE6"/>
            <w:bottom w:val="single" w:sz="4" w:space="0" w:color="D6DEE6"/>
            <w:right w:val="single" w:sz="4" w:space="0" w:color="D6DEE6"/>
            <w:insideH w:val="single" w:sz="4" w:space="0" w:color="D6DEE6"/>
            <w:insideV w:val="single" w:sz="4" w:space="0" w:color="D6DEE6"/>
          </w:tblBorders>
        </w:tblPrEx>
        <w:trPr>
          <w:jc w:val="center"/>
        </w:trPr>
        <w:tc>
          <w:tcPr>
            <w:tcW w:w="9866" w:type="dxa"/>
            <w:gridSpan w:val="3"/>
            <w:shd w:val="clear" w:color="auto" w:fill="F7FAFC"/>
            <w:vAlign w:val="center"/>
          </w:tcPr>
          <w:p w14:paraId="1BD74281" w14:textId="77777777" w:rsidR="00835692" w:rsidRDefault="00325523">
            <w:pPr>
              <w:spacing w:after="0"/>
              <w:ind w:left="57" w:right="57"/>
              <w:rPr>
                <w:lang w:eastAsia="zh-CN"/>
              </w:rPr>
            </w:pPr>
            <w:r>
              <w:rPr>
                <w:rFonts w:ascii="Arial" w:eastAsia="Arial" w:hAnsi="Arial" w:cs="Noto Sans CJK SC"/>
                <w:color w:val="4B5563"/>
                <w:sz w:val="18"/>
              </w:rPr>
              <w:t>Recommended note: Column-mounted equipment normally requires a stable concrete foundation. Specific foundation requirements must be confirmed based on equipment load, arm length, installation configuration, and site conditions.</w:t>
            </w:r>
          </w:p>
        </w:tc>
      </w:tr>
    </w:tbl>
    <w:p w14:paraId="3F9213C8" w14:textId="77777777" w:rsidR="00835692" w:rsidRDefault="00835692">
      <w:pPr>
        <w:rPr>
          <w:lang w:eastAsia="zh-CN"/>
        </w:rPr>
      </w:pPr>
    </w:p>
    <w:p w14:paraId="620DBFDD" w14:textId="77777777" w:rsidR="00835692" w:rsidRDefault="00325523">
      <w:pPr>
        <w:rPr>
          <w:lang w:eastAsia="zh-CN"/>
        </w:rPr>
      </w:pPr>
      <w:r>
        <w:rPr>
          <w:rFonts w:ascii="Arial" w:eastAsia="Arial" w:hAnsi="Arial" w:cs="Noto Sans CJK SC"/>
          <w:b/>
          <w:color w:val="1F4E79"/>
          <w:sz w:val="23"/>
        </w:rPr>
        <w:t>4.2 Requirements for Overhead/Rail-Mounted Installation</w:t>
      </w:r>
    </w:p>
    <w:tbl>
      <w:tblPr>
        <w:tblW w:w="0" w:type="auto"/>
        <w:jc w:val="center"/>
        <w:tblBorders>
          <w:top w:val="single" w:sz="6" w:space="0" w:color="B8C6D1"/>
          <w:left w:val="single" w:sz="6" w:space="0" w:color="B8C6D1"/>
          <w:bottom w:val="single" w:sz="6" w:space="0" w:color="B8C6D1"/>
          <w:right w:val="single" w:sz="6" w:space="0" w:color="B8C6D1"/>
          <w:insideH w:val="single" w:sz="6" w:space="0" w:color="B8C6D1"/>
          <w:insideV w:val="single" w:sz="6" w:space="0" w:color="B8C6D1"/>
        </w:tblBorders>
        <w:tblLayout w:type="fixed"/>
        <w:tblLook w:val="04A0" w:firstRow="1" w:lastRow="0" w:firstColumn="1" w:lastColumn="0" w:noHBand="0" w:noVBand="1"/>
      </w:tblPr>
      <w:tblGrid>
        <w:gridCol w:w="2268"/>
        <w:gridCol w:w="3969"/>
        <w:gridCol w:w="2835"/>
      </w:tblGrid>
      <w:tr w:rsidR="00835692" w14:paraId="3DF25AD2" w14:textId="77777777">
        <w:trPr>
          <w:tblHeader/>
          <w:jc w:val="center"/>
        </w:trPr>
        <w:tc>
          <w:tcPr>
            <w:tcW w:w="2268" w:type="dxa"/>
            <w:shd w:val="clear" w:color="auto" w:fill="1F4E79"/>
            <w:vAlign w:val="center"/>
          </w:tcPr>
          <w:p w14:paraId="448663D1" w14:textId="77777777" w:rsidR="00835692" w:rsidRDefault="00325523">
            <w:pPr>
              <w:spacing w:after="0"/>
              <w:jc w:val="center"/>
            </w:pPr>
            <w:r>
              <w:rPr>
                <w:rFonts w:ascii="Arial" w:eastAsia="Arial" w:hAnsi="Arial" w:cs="Noto Sans CJK SC"/>
                <w:b/>
                <w:color w:val="FFFFFF"/>
                <w:sz w:val="18"/>
              </w:rPr>
              <w:t>Confirm items</w:t>
            </w:r>
          </w:p>
        </w:tc>
        <w:tc>
          <w:tcPr>
            <w:tcW w:w="3969" w:type="dxa"/>
            <w:shd w:val="clear" w:color="auto" w:fill="1F4E79"/>
            <w:vAlign w:val="center"/>
          </w:tcPr>
          <w:p w14:paraId="72B01D4B" w14:textId="77777777" w:rsidR="00835692" w:rsidRDefault="00325523">
            <w:pPr>
              <w:spacing w:after="0"/>
              <w:jc w:val="center"/>
            </w:pPr>
            <w:r>
              <w:rPr>
                <w:rFonts w:ascii="Arial" w:eastAsia="Arial" w:hAnsi="Arial" w:cs="Noto Sans CJK SC"/>
                <w:b/>
                <w:color w:val="FFFFFF"/>
                <w:sz w:val="18"/>
              </w:rPr>
              <w:t>Requirement/Fill in</w:t>
            </w:r>
          </w:p>
        </w:tc>
        <w:tc>
          <w:tcPr>
            <w:tcW w:w="2835" w:type="dxa"/>
            <w:shd w:val="clear" w:color="auto" w:fill="1F4E79"/>
            <w:vAlign w:val="center"/>
          </w:tcPr>
          <w:p w14:paraId="6960B450" w14:textId="77777777" w:rsidR="00835692" w:rsidRDefault="00325523">
            <w:pPr>
              <w:spacing w:after="0"/>
              <w:jc w:val="center"/>
            </w:pPr>
            <w:r>
              <w:rPr>
                <w:rFonts w:ascii="Arial" w:eastAsia="Arial" w:hAnsi="Arial" w:cs="Noto Sans CJK SC"/>
                <w:b/>
                <w:color w:val="FFFFFF"/>
                <w:sz w:val="18"/>
              </w:rPr>
              <w:t>Remarks</w:t>
            </w:r>
          </w:p>
        </w:tc>
      </w:tr>
      <w:tr w:rsidR="00835692" w14:paraId="28CFB97B" w14:textId="77777777">
        <w:trPr>
          <w:cantSplit/>
          <w:jc w:val="center"/>
        </w:trPr>
        <w:tc>
          <w:tcPr>
            <w:tcW w:w="2268" w:type="dxa"/>
            <w:vAlign w:val="center"/>
          </w:tcPr>
          <w:p w14:paraId="15930A80" w14:textId="77777777" w:rsidR="00835692" w:rsidRDefault="00325523">
            <w:pPr>
              <w:spacing w:after="0"/>
            </w:pPr>
            <w:r>
              <w:rPr>
                <w:rFonts w:ascii="Arial" w:eastAsia="Arial" w:hAnsi="Arial" w:cs="Noto Sans CJK SC"/>
                <w:color w:val="1F2937"/>
                <w:sz w:val="17"/>
              </w:rPr>
              <w:t>Overhead Support Structure</w:t>
            </w:r>
          </w:p>
        </w:tc>
        <w:tc>
          <w:tcPr>
            <w:tcW w:w="3969" w:type="dxa"/>
            <w:vAlign w:val="center"/>
          </w:tcPr>
          <w:p w14:paraId="45068CAB" w14:textId="77777777" w:rsidR="00835692" w:rsidRDefault="00325523">
            <w:pPr>
              <w:spacing w:after="0"/>
              <w:rPr>
                <w:lang w:eastAsia="zh-CN"/>
              </w:rPr>
            </w:pPr>
            <w:r>
              <w:rPr>
                <w:rFonts w:ascii="Arial" w:eastAsia="Arial" w:hAnsi="Arial" w:cs="Noto Sans CJK SC"/>
                <w:color w:val="1F2937"/>
                <w:sz w:val="17"/>
              </w:rPr>
              <w:t>□ Steel beam □ Concrete beam □ Truss □ Others:</w:t>
            </w:r>
          </w:p>
        </w:tc>
        <w:tc>
          <w:tcPr>
            <w:tcW w:w="2835" w:type="dxa"/>
            <w:vAlign w:val="center"/>
          </w:tcPr>
          <w:p w14:paraId="274F507E" w14:textId="77777777" w:rsidR="00835692" w:rsidRDefault="00835692">
            <w:pPr>
              <w:spacing w:after="0"/>
              <w:rPr>
                <w:lang w:eastAsia="zh-CN"/>
              </w:rPr>
            </w:pPr>
          </w:p>
        </w:tc>
      </w:tr>
      <w:tr w:rsidR="00835692" w14:paraId="42FA1D94" w14:textId="77777777">
        <w:trPr>
          <w:cantSplit/>
          <w:jc w:val="center"/>
        </w:trPr>
        <w:tc>
          <w:tcPr>
            <w:tcW w:w="2268" w:type="dxa"/>
            <w:vAlign w:val="center"/>
          </w:tcPr>
          <w:p w14:paraId="440B7701" w14:textId="77777777" w:rsidR="00835692" w:rsidRDefault="00325523">
            <w:pPr>
              <w:spacing w:after="0"/>
            </w:pPr>
            <w:r>
              <w:rPr>
                <w:rFonts w:ascii="Arial" w:eastAsia="Arial" w:hAnsi="Arial" w:cs="Noto Sans CJK SC"/>
                <w:color w:val="1F2937"/>
                <w:sz w:val="17"/>
              </w:rPr>
              <w:t>Installation height</w:t>
            </w:r>
          </w:p>
        </w:tc>
        <w:tc>
          <w:tcPr>
            <w:tcW w:w="3969" w:type="dxa"/>
            <w:vAlign w:val="center"/>
          </w:tcPr>
          <w:p w14:paraId="06E13A9B" w14:textId="77777777" w:rsidR="00835692" w:rsidRDefault="00325523">
            <w:pPr>
              <w:spacing w:after="0"/>
            </w:pPr>
            <w:r>
              <w:rPr>
                <w:rFonts w:cs="Noto Sans CJK SC"/>
                <w:color w:val="1F2937"/>
                <w:sz w:val="17"/>
              </w:rPr>
              <w:t>________ mm</w:t>
            </w:r>
          </w:p>
        </w:tc>
        <w:tc>
          <w:tcPr>
            <w:tcW w:w="2835" w:type="dxa"/>
            <w:vAlign w:val="center"/>
          </w:tcPr>
          <w:p w14:paraId="09920C9A" w14:textId="77777777" w:rsidR="00835692" w:rsidRDefault="00835692">
            <w:pPr>
              <w:spacing w:after="0"/>
            </w:pPr>
          </w:p>
        </w:tc>
      </w:tr>
      <w:tr w:rsidR="00835692" w14:paraId="314A0F17" w14:textId="77777777">
        <w:trPr>
          <w:cantSplit/>
          <w:jc w:val="center"/>
        </w:trPr>
        <w:tc>
          <w:tcPr>
            <w:tcW w:w="2268" w:type="dxa"/>
            <w:vAlign w:val="center"/>
          </w:tcPr>
          <w:p w14:paraId="104D81FF" w14:textId="77777777" w:rsidR="00835692" w:rsidRDefault="00325523">
            <w:pPr>
              <w:spacing w:after="0"/>
            </w:pPr>
            <w:r>
              <w:rPr>
                <w:rFonts w:ascii="Arial" w:eastAsia="Arial" w:hAnsi="Arial" w:cs="Noto Sans CJK SC"/>
                <w:color w:val="1F2937"/>
                <w:sz w:val="17"/>
              </w:rPr>
              <w:t>Has the overhead load-bearing capacity been verified?</w:t>
            </w:r>
          </w:p>
        </w:tc>
        <w:tc>
          <w:tcPr>
            <w:tcW w:w="3969" w:type="dxa"/>
            <w:vAlign w:val="center"/>
          </w:tcPr>
          <w:p w14:paraId="0880D534" w14:textId="77777777" w:rsidR="00835692" w:rsidRDefault="00325523">
            <w:pPr>
              <w:spacing w:after="0"/>
            </w:pPr>
            <w:r>
              <w:rPr>
                <w:rFonts w:ascii="Arial" w:eastAsia="Arial" w:hAnsi="Arial" w:cs="Noto Sans CJK SC"/>
                <w:color w:val="1F2937"/>
                <w:sz w:val="17"/>
              </w:rPr>
              <w:t>□ Yes □ No</w:t>
            </w:r>
          </w:p>
        </w:tc>
        <w:tc>
          <w:tcPr>
            <w:tcW w:w="2835" w:type="dxa"/>
            <w:vAlign w:val="center"/>
          </w:tcPr>
          <w:p w14:paraId="517FDCE5" w14:textId="77777777" w:rsidR="00835692" w:rsidRDefault="00835692">
            <w:pPr>
              <w:spacing w:after="0"/>
            </w:pPr>
          </w:p>
        </w:tc>
      </w:tr>
      <w:tr w:rsidR="00835692" w14:paraId="137C3295" w14:textId="77777777">
        <w:trPr>
          <w:cantSplit/>
          <w:jc w:val="center"/>
        </w:trPr>
        <w:tc>
          <w:tcPr>
            <w:tcW w:w="2268" w:type="dxa"/>
            <w:vAlign w:val="center"/>
          </w:tcPr>
          <w:p w14:paraId="0131AD4A" w14:textId="77777777" w:rsidR="00835692" w:rsidRDefault="00325523">
            <w:pPr>
              <w:spacing w:after="0"/>
              <w:rPr>
                <w:lang w:eastAsia="zh-CN"/>
              </w:rPr>
            </w:pPr>
            <w:r>
              <w:rPr>
                <w:rFonts w:ascii="Arial" w:eastAsia="Arial" w:hAnsi="Arial" w:cs="Noto Sans CJK SC"/>
                <w:color w:val="1F2937"/>
                <w:sz w:val="17"/>
              </w:rPr>
              <w:t>Do overhead cranes, utilities, or lighting create interference?</w:t>
            </w:r>
          </w:p>
        </w:tc>
        <w:tc>
          <w:tcPr>
            <w:tcW w:w="3969" w:type="dxa"/>
            <w:vAlign w:val="center"/>
          </w:tcPr>
          <w:p w14:paraId="69D1B1BE" w14:textId="77777777" w:rsidR="00835692" w:rsidRDefault="00325523">
            <w:pPr>
              <w:spacing w:after="0"/>
            </w:pPr>
            <w:r>
              <w:rPr>
                <w:rFonts w:ascii="Arial" w:eastAsia="Arial" w:hAnsi="Arial" w:cs="Noto Sans CJK SC"/>
                <w:color w:val="1F2937"/>
                <w:sz w:val="17"/>
              </w:rPr>
              <w:t>□ Yes □ No</w:t>
            </w:r>
          </w:p>
        </w:tc>
        <w:tc>
          <w:tcPr>
            <w:tcW w:w="2835" w:type="dxa"/>
            <w:vAlign w:val="center"/>
          </w:tcPr>
          <w:p w14:paraId="2C9CB944" w14:textId="77777777" w:rsidR="00835692" w:rsidRDefault="00835692">
            <w:pPr>
              <w:spacing w:after="0"/>
            </w:pPr>
          </w:p>
        </w:tc>
      </w:tr>
      <w:tr w:rsidR="00835692" w14:paraId="4A83916B" w14:textId="77777777">
        <w:trPr>
          <w:cantSplit/>
          <w:jc w:val="center"/>
        </w:trPr>
        <w:tc>
          <w:tcPr>
            <w:tcW w:w="2268" w:type="dxa"/>
            <w:vAlign w:val="center"/>
          </w:tcPr>
          <w:p w14:paraId="1EAD3F8B" w14:textId="77777777" w:rsidR="00835692" w:rsidRDefault="00325523">
            <w:pPr>
              <w:spacing w:after="0"/>
            </w:pPr>
            <w:r>
              <w:rPr>
                <w:rFonts w:ascii="Arial" w:eastAsia="Arial" w:hAnsi="Arial" w:cs="Noto Sans CJK SC"/>
                <w:color w:val="1F2937"/>
                <w:sz w:val="17"/>
              </w:rPr>
              <w:t>Is welding or drilling permitted?</w:t>
            </w:r>
          </w:p>
        </w:tc>
        <w:tc>
          <w:tcPr>
            <w:tcW w:w="3969" w:type="dxa"/>
            <w:vAlign w:val="center"/>
          </w:tcPr>
          <w:p w14:paraId="776B80EC" w14:textId="77777777" w:rsidR="00835692" w:rsidRDefault="00325523">
            <w:pPr>
              <w:spacing w:after="0"/>
            </w:pPr>
            <w:r>
              <w:rPr>
                <w:rFonts w:ascii="Arial" w:eastAsia="Arial" w:hAnsi="Arial" w:cs="Noto Sans CJK SC"/>
                <w:color w:val="1F2937"/>
                <w:sz w:val="17"/>
              </w:rPr>
              <w:t>□ Yes □ No</w:t>
            </w:r>
          </w:p>
        </w:tc>
        <w:tc>
          <w:tcPr>
            <w:tcW w:w="2835" w:type="dxa"/>
            <w:vAlign w:val="center"/>
          </w:tcPr>
          <w:p w14:paraId="723DDE3C" w14:textId="77777777" w:rsidR="00835692" w:rsidRDefault="00835692">
            <w:pPr>
              <w:spacing w:after="0"/>
            </w:pPr>
          </w:p>
        </w:tc>
      </w:tr>
      <w:tr w:rsidR="00835692" w14:paraId="0444DF65" w14:textId="77777777">
        <w:trPr>
          <w:cantSplit/>
          <w:jc w:val="center"/>
        </w:trPr>
        <w:tc>
          <w:tcPr>
            <w:tcW w:w="2268" w:type="dxa"/>
            <w:vAlign w:val="center"/>
          </w:tcPr>
          <w:p w14:paraId="346E85D2" w14:textId="77777777" w:rsidR="00835692" w:rsidRDefault="00325523">
            <w:pPr>
              <w:spacing w:after="0"/>
            </w:pPr>
            <w:r>
              <w:rPr>
                <w:rFonts w:ascii="Arial" w:eastAsia="Arial" w:hAnsi="Arial" w:cs="Noto Sans CJK SC"/>
                <w:color w:val="1F2937"/>
                <w:sz w:val="17"/>
              </w:rPr>
              <w:t>Is rail travel required?</w:t>
            </w:r>
          </w:p>
        </w:tc>
        <w:tc>
          <w:tcPr>
            <w:tcW w:w="3969" w:type="dxa"/>
            <w:vAlign w:val="center"/>
          </w:tcPr>
          <w:p w14:paraId="0F109BDD" w14:textId="77777777" w:rsidR="00835692" w:rsidRDefault="00325523">
            <w:pPr>
              <w:spacing w:after="0"/>
            </w:pPr>
            <w:r>
              <w:rPr>
                <w:rFonts w:ascii="Arial" w:eastAsia="Arial" w:hAnsi="Arial" w:cs="Noto Sans CJK SC"/>
                <w:color w:val="1F2937"/>
                <w:sz w:val="17"/>
              </w:rPr>
              <w:t>□ Yes □ No</w:t>
            </w:r>
          </w:p>
        </w:tc>
        <w:tc>
          <w:tcPr>
            <w:tcW w:w="2835" w:type="dxa"/>
            <w:vAlign w:val="center"/>
          </w:tcPr>
          <w:p w14:paraId="0B382735" w14:textId="77777777" w:rsidR="00835692" w:rsidRDefault="00835692">
            <w:pPr>
              <w:spacing w:after="0"/>
            </w:pPr>
          </w:p>
        </w:tc>
      </w:tr>
    </w:tbl>
    <w:p w14:paraId="613ACF93" w14:textId="77777777" w:rsidR="00835692" w:rsidRDefault="00325523">
      <w:pPr>
        <w:pStyle w:val="1"/>
        <w:spacing w:before="200" w:after="120"/>
      </w:pPr>
      <w:r>
        <w:rPr>
          <w:rFonts w:ascii="Arial" w:eastAsia="Arial" w:hAnsi="Arial" w:cs="Noto Sans CJK SC"/>
          <w:color w:val="1F4E79"/>
        </w:rPr>
        <w:t>5. Air Supply and Electrical Power</w:t>
      </w:r>
    </w:p>
    <w:tbl>
      <w:tblPr>
        <w:tblW w:w="0" w:type="auto"/>
        <w:jc w:val="center"/>
        <w:tblBorders>
          <w:top w:val="single" w:sz="6" w:space="0" w:color="B8C6D1"/>
          <w:left w:val="single" w:sz="6" w:space="0" w:color="B8C6D1"/>
          <w:bottom w:val="single" w:sz="6" w:space="0" w:color="B8C6D1"/>
          <w:right w:val="single" w:sz="6" w:space="0" w:color="B8C6D1"/>
          <w:insideH w:val="single" w:sz="6" w:space="0" w:color="B8C6D1"/>
          <w:insideV w:val="single" w:sz="6" w:space="0" w:color="B8C6D1"/>
        </w:tblBorders>
        <w:tblLayout w:type="fixed"/>
        <w:tblLook w:val="04A0" w:firstRow="1" w:lastRow="0" w:firstColumn="1" w:lastColumn="0" w:noHBand="0" w:noVBand="1"/>
      </w:tblPr>
      <w:tblGrid>
        <w:gridCol w:w="4933"/>
        <w:gridCol w:w="6690"/>
      </w:tblGrid>
      <w:tr w:rsidR="00835692" w14:paraId="1245F77D" w14:textId="77777777">
        <w:trPr>
          <w:tblHeader/>
          <w:jc w:val="center"/>
        </w:trPr>
        <w:tc>
          <w:tcPr>
            <w:tcW w:w="4933" w:type="dxa"/>
            <w:shd w:val="clear" w:color="auto" w:fill="1F4E79"/>
            <w:vAlign w:val="center"/>
          </w:tcPr>
          <w:p w14:paraId="283A28D9" w14:textId="77777777" w:rsidR="00835692" w:rsidRDefault="00325523">
            <w:pPr>
              <w:spacing w:after="0"/>
              <w:jc w:val="center"/>
            </w:pPr>
            <w:r>
              <w:rPr>
                <w:rFonts w:ascii="Arial" w:eastAsia="Arial" w:hAnsi="Arial" w:cs="Noto Sans CJK SC"/>
                <w:b/>
                <w:color w:val="FFFFFF"/>
                <w:sz w:val="19"/>
              </w:rPr>
              <w:t>Confirm items</w:t>
            </w:r>
          </w:p>
        </w:tc>
        <w:tc>
          <w:tcPr>
            <w:tcW w:w="4933" w:type="dxa"/>
            <w:shd w:val="clear" w:color="auto" w:fill="1F4E79"/>
            <w:vAlign w:val="center"/>
          </w:tcPr>
          <w:p w14:paraId="5A3DDCA1" w14:textId="77777777" w:rsidR="00835692" w:rsidRDefault="00325523">
            <w:pPr>
              <w:spacing w:after="0"/>
              <w:jc w:val="center"/>
            </w:pPr>
            <w:r>
              <w:rPr>
                <w:rFonts w:ascii="Arial" w:eastAsia="Arial" w:hAnsi="Arial" w:cs="Noto Sans CJK SC"/>
                <w:b/>
                <w:color w:val="FFFFFF"/>
                <w:sz w:val="19"/>
              </w:rPr>
              <w:t>Fill in the content</w:t>
            </w:r>
          </w:p>
        </w:tc>
      </w:tr>
      <w:tr w:rsidR="00835692" w14:paraId="07FC19AE" w14:textId="77777777">
        <w:trPr>
          <w:cantSplit/>
          <w:jc w:val="center"/>
        </w:trPr>
        <w:tc>
          <w:tcPr>
            <w:tcW w:w="2381" w:type="dxa"/>
            <w:shd w:val="clear" w:color="auto" w:fill="EAF2F8"/>
            <w:vAlign w:val="center"/>
          </w:tcPr>
          <w:p w14:paraId="21343893" w14:textId="77777777" w:rsidR="00835692" w:rsidRDefault="00325523">
            <w:pPr>
              <w:spacing w:after="0"/>
            </w:pPr>
            <w:r>
              <w:rPr>
                <w:rFonts w:ascii="Arial" w:eastAsia="Arial" w:hAnsi="Arial" w:cs="Noto Sans CJK SC"/>
                <w:b/>
                <w:color w:val="1F2937"/>
                <w:sz w:val="18"/>
              </w:rPr>
              <w:t>Is there compressed air on site?</w:t>
            </w:r>
          </w:p>
        </w:tc>
        <w:tc>
          <w:tcPr>
            <w:tcW w:w="6690" w:type="dxa"/>
            <w:vAlign w:val="center"/>
          </w:tcPr>
          <w:p w14:paraId="6B6B21C9" w14:textId="77777777" w:rsidR="00835692" w:rsidRDefault="00325523">
            <w:pPr>
              <w:spacing w:after="0"/>
            </w:pPr>
            <w:r>
              <w:rPr>
                <w:rFonts w:ascii="Arial" w:eastAsia="Arial" w:hAnsi="Arial" w:cs="Noto Sans CJK SC"/>
                <w:color w:val="1F2937"/>
                <w:sz w:val="18"/>
              </w:rPr>
              <w:t>□ Yes □ No</w:t>
            </w:r>
          </w:p>
        </w:tc>
      </w:tr>
      <w:tr w:rsidR="00835692" w14:paraId="614513B5" w14:textId="77777777">
        <w:trPr>
          <w:cantSplit/>
          <w:jc w:val="center"/>
        </w:trPr>
        <w:tc>
          <w:tcPr>
            <w:tcW w:w="2381" w:type="dxa"/>
            <w:shd w:val="clear" w:color="auto" w:fill="EAF2F8"/>
            <w:vAlign w:val="center"/>
          </w:tcPr>
          <w:p w14:paraId="6D71CCD9" w14:textId="77777777" w:rsidR="00835692" w:rsidRDefault="00325523">
            <w:pPr>
              <w:spacing w:after="0"/>
            </w:pPr>
            <w:r>
              <w:rPr>
                <w:rFonts w:ascii="Arial" w:eastAsia="Arial" w:hAnsi="Arial" w:cs="Noto Sans CJK SC"/>
                <w:b/>
                <w:color w:val="1F2937"/>
                <w:sz w:val="18"/>
              </w:rPr>
              <w:t>Air-Supply Pressure</w:t>
            </w:r>
          </w:p>
        </w:tc>
        <w:tc>
          <w:tcPr>
            <w:tcW w:w="6690" w:type="dxa"/>
            <w:vAlign w:val="center"/>
          </w:tcPr>
          <w:p w14:paraId="41CC9A37" w14:textId="77777777" w:rsidR="00835692" w:rsidRDefault="00325523">
            <w:pPr>
              <w:spacing w:after="0"/>
            </w:pPr>
            <w:r>
              <w:rPr>
                <w:rFonts w:cs="Noto Sans CJK SC"/>
                <w:color w:val="1F2937"/>
                <w:sz w:val="18"/>
              </w:rPr>
              <w:t>________ MPa</w:t>
            </w:r>
          </w:p>
        </w:tc>
      </w:tr>
      <w:tr w:rsidR="00835692" w14:paraId="4FA1D777" w14:textId="77777777">
        <w:trPr>
          <w:cantSplit/>
          <w:jc w:val="center"/>
        </w:trPr>
        <w:tc>
          <w:tcPr>
            <w:tcW w:w="2381" w:type="dxa"/>
            <w:shd w:val="clear" w:color="auto" w:fill="EAF2F8"/>
            <w:vAlign w:val="center"/>
          </w:tcPr>
          <w:p w14:paraId="3211FDE4" w14:textId="77777777" w:rsidR="00835692" w:rsidRDefault="00325523">
            <w:pPr>
              <w:spacing w:after="0"/>
            </w:pPr>
            <w:r>
              <w:rPr>
                <w:rFonts w:ascii="Arial" w:eastAsia="Arial" w:hAnsi="Arial" w:cs="Noto Sans CJK SC"/>
                <w:b/>
                <w:color w:val="1F2937"/>
                <w:sz w:val="18"/>
              </w:rPr>
              <w:t>Air-Supply Connection Location</w:t>
            </w:r>
          </w:p>
        </w:tc>
        <w:tc>
          <w:tcPr>
            <w:tcW w:w="6690" w:type="dxa"/>
            <w:vAlign w:val="center"/>
          </w:tcPr>
          <w:p w14:paraId="7745E652" w14:textId="77777777" w:rsidR="00835692" w:rsidRDefault="00325523">
            <w:pPr>
              <w:spacing w:after="0"/>
            </w:pPr>
            <w:r>
              <w:rPr>
                <w:rFonts w:ascii="Arial" w:eastAsia="Arial" w:hAnsi="Arial" w:cs="Noto Sans CJK SC"/>
                <w:color w:val="1F2937"/>
                <w:sz w:val="18"/>
              </w:rPr>
              <w:t>Approximately ________ mm from the device</w:t>
            </w:r>
          </w:p>
        </w:tc>
      </w:tr>
      <w:tr w:rsidR="00835692" w14:paraId="2C58B225" w14:textId="77777777">
        <w:trPr>
          <w:cantSplit/>
          <w:jc w:val="center"/>
        </w:trPr>
        <w:tc>
          <w:tcPr>
            <w:tcW w:w="2381" w:type="dxa"/>
            <w:shd w:val="clear" w:color="auto" w:fill="EAF2F8"/>
            <w:vAlign w:val="center"/>
          </w:tcPr>
          <w:p w14:paraId="0ED3DDDB" w14:textId="77777777" w:rsidR="00835692" w:rsidRDefault="00325523">
            <w:pPr>
              <w:spacing w:after="0"/>
            </w:pPr>
            <w:r>
              <w:rPr>
                <w:rFonts w:ascii="Arial" w:eastAsia="Arial" w:hAnsi="Arial" w:cs="Noto Sans CJK SC"/>
                <w:b/>
                <w:color w:val="1F2937"/>
                <w:sz w:val="18"/>
              </w:rPr>
              <w:t>Is the air supply stable?</w:t>
            </w:r>
          </w:p>
        </w:tc>
        <w:tc>
          <w:tcPr>
            <w:tcW w:w="6690" w:type="dxa"/>
            <w:vAlign w:val="center"/>
          </w:tcPr>
          <w:p w14:paraId="70F2C411" w14:textId="77777777" w:rsidR="00835692" w:rsidRDefault="00325523">
            <w:pPr>
              <w:spacing w:after="0"/>
            </w:pPr>
            <w:r>
              <w:rPr>
                <w:rFonts w:ascii="Arial" w:eastAsia="Arial" w:hAnsi="Arial" w:cs="Noto Sans CJK SC"/>
                <w:color w:val="1F2937"/>
                <w:sz w:val="18"/>
              </w:rPr>
              <w:t>□ Yes □ No</w:t>
            </w:r>
          </w:p>
        </w:tc>
      </w:tr>
      <w:tr w:rsidR="00835692" w14:paraId="21CAA8DD" w14:textId="77777777">
        <w:trPr>
          <w:cantSplit/>
          <w:jc w:val="center"/>
        </w:trPr>
        <w:tc>
          <w:tcPr>
            <w:tcW w:w="2381" w:type="dxa"/>
            <w:shd w:val="clear" w:color="auto" w:fill="EAF2F8"/>
            <w:vAlign w:val="center"/>
          </w:tcPr>
          <w:p w14:paraId="61B6F38E" w14:textId="77777777" w:rsidR="00835692" w:rsidRDefault="00325523">
            <w:pPr>
              <w:spacing w:after="0"/>
              <w:rPr>
                <w:lang w:eastAsia="zh-CN"/>
              </w:rPr>
            </w:pPr>
            <w:r>
              <w:rPr>
                <w:rFonts w:ascii="Arial" w:eastAsia="Arial" w:hAnsi="Arial" w:cs="Noto Sans CJK SC"/>
                <w:b/>
                <w:color w:val="1F2937"/>
                <w:sz w:val="18"/>
              </w:rPr>
              <w:lastRenderedPageBreak/>
              <w:t>Is compressed air dry and clean?</w:t>
            </w:r>
          </w:p>
        </w:tc>
        <w:tc>
          <w:tcPr>
            <w:tcW w:w="6690" w:type="dxa"/>
            <w:vAlign w:val="center"/>
          </w:tcPr>
          <w:p w14:paraId="42AA7EAE" w14:textId="77777777" w:rsidR="00835692" w:rsidRDefault="00325523">
            <w:pPr>
              <w:spacing w:after="0"/>
            </w:pPr>
            <w:r>
              <w:rPr>
                <w:rFonts w:ascii="Arial" w:eastAsia="Arial" w:hAnsi="Arial" w:cs="Noto Sans CJK SC"/>
                <w:color w:val="1F2937"/>
                <w:sz w:val="18"/>
              </w:rPr>
              <w:t>□ Yes □ No</w:t>
            </w:r>
          </w:p>
        </w:tc>
      </w:tr>
      <w:tr w:rsidR="00835692" w14:paraId="4A31475A" w14:textId="77777777">
        <w:trPr>
          <w:cantSplit/>
          <w:jc w:val="center"/>
        </w:trPr>
        <w:tc>
          <w:tcPr>
            <w:tcW w:w="2381" w:type="dxa"/>
            <w:shd w:val="clear" w:color="auto" w:fill="EAF2F8"/>
            <w:vAlign w:val="center"/>
          </w:tcPr>
          <w:p w14:paraId="76BCDCFB" w14:textId="77777777" w:rsidR="00835692" w:rsidRDefault="00325523">
            <w:pPr>
              <w:spacing w:after="0"/>
              <w:rPr>
                <w:lang w:eastAsia="zh-CN"/>
              </w:rPr>
            </w:pPr>
            <w:r>
              <w:rPr>
                <w:rFonts w:ascii="Arial" w:eastAsia="Arial" w:hAnsi="Arial" w:cs="Noto Sans CJK SC"/>
                <w:b/>
                <w:color w:val="1F2937"/>
                <w:sz w:val="18"/>
              </w:rPr>
              <w:t>Is an additional filter-regulator required?</w:t>
            </w:r>
          </w:p>
        </w:tc>
        <w:tc>
          <w:tcPr>
            <w:tcW w:w="6690" w:type="dxa"/>
            <w:vAlign w:val="center"/>
          </w:tcPr>
          <w:p w14:paraId="467679F3" w14:textId="77777777" w:rsidR="00835692" w:rsidRDefault="00325523">
            <w:pPr>
              <w:spacing w:after="0"/>
            </w:pPr>
            <w:r>
              <w:rPr>
                <w:rFonts w:ascii="Arial" w:eastAsia="Arial" w:hAnsi="Arial" w:cs="Noto Sans CJK SC"/>
                <w:color w:val="1F2937"/>
                <w:sz w:val="18"/>
              </w:rPr>
              <w:t>□ Yes □ No</w:t>
            </w:r>
          </w:p>
        </w:tc>
      </w:tr>
      <w:tr w:rsidR="00835692" w14:paraId="2C204FB7" w14:textId="77777777">
        <w:trPr>
          <w:cantSplit/>
          <w:jc w:val="center"/>
        </w:trPr>
        <w:tc>
          <w:tcPr>
            <w:tcW w:w="2381" w:type="dxa"/>
            <w:shd w:val="clear" w:color="auto" w:fill="EAF2F8"/>
            <w:vAlign w:val="center"/>
          </w:tcPr>
          <w:p w14:paraId="5F8B2CFF" w14:textId="77777777" w:rsidR="00835692" w:rsidRDefault="00325523">
            <w:pPr>
              <w:spacing w:after="0"/>
            </w:pPr>
            <w:r>
              <w:rPr>
                <w:rFonts w:ascii="Arial" w:eastAsia="Arial" w:hAnsi="Arial" w:cs="Noto Sans CJK SC"/>
                <w:b/>
                <w:color w:val="1F2937"/>
                <w:sz w:val="18"/>
              </w:rPr>
              <w:t>Is electrical power required?</w:t>
            </w:r>
          </w:p>
        </w:tc>
        <w:tc>
          <w:tcPr>
            <w:tcW w:w="6690" w:type="dxa"/>
            <w:vAlign w:val="center"/>
          </w:tcPr>
          <w:p w14:paraId="794A22A7" w14:textId="77777777" w:rsidR="00835692" w:rsidRDefault="00325523">
            <w:pPr>
              <w:spacing w:after="0"/>
            </w:pPr>
            <w:r>
              <w:rPr>
                <w:rFonts w:ascii="Arial" w:eastAsia="Arial" w:hAnsi="Arial" w:cs="Noto Sans CJK SC"/>
                <w:color w:val="1F2937"/>
                <w:sz w:val="18"/>
              </w:rPr>
              <w:t>□ Yes □ No</w:t>
            </w:r>
          </w:p>
        </w:tc>
      </w:tr>
      <w:tr w:rsidR="00835692" w14:paraId="33936D74" w14:textId="77777777">
        <w:trPr>
          <w:cantSplit/>
          <w:jc w:val="center"/>
        </w:trPr>
        <w:tc>
          <w:tcPr>
            <w:tcW w:w="2381" w:type="dxa"/>
            <w:shd w:val="clear" w:color="auto" w:fill="EAF2F8"/>
            <w:vAlign w:val="center"/>
          </w:tcPr>
          <w:p w14:paraId="6E9EDA72" w14:textId="77777777" w:rsidR="00835692" w:rsidRDefault="00325523">
            <w:pPr>
              <w:spacing w:after="0"/>
            </w:pPr>
            <w:r>
              <w:rPr>
                <w:rFonts w:ascii="Arial" w:eastAsia="Arial" w:hAnsi="Arial" w:cs="Noto Sans CJK SC"/>
                <w:b/>
                <w:color w:val="1F2937"/>
                <w:sz w:val="18"/>
              </w:rPr>
              <w:t>Power specifications</w:t>
            </w:r>
          </w:p>
        </w:tc>
        <w:tc>
          <w:tcPr>
            <w:tcW w:w="6690" w:type="dxa"/>
            <w:vAlign w:val="center"/>
          </w:tcPr>
          <w:p w14:paraId="5F2F45BE" w14:textId="77777777" w:rsidR="00835692" w:rsidRDefault="00325523">
            <w:pPr>
              <w:spacing w:after="0"/>
            </w:pPr>
            <w:r>
              <w:rPr>
                <w:rFonts w:ascii="Arial" w:eastAsia="Arial" w:hAnsi="Arial" w:cs="Noto Sans CJK SC"/>
                <w:color w:val="1F2937"/>
                <w:sz w:val="18"/>
              </w:rPr>
              <w:t>□ 220V □ 380V □ Others:</w:t>
            </w:r>
          </w:p>
        </w:tc>
      </w:tr>
      <w:tr w:rsidR="00835692" w14:paraId="1B601067" w14:textId="77777777">
        <w:tblPrEx>
          <w:tblBorders>
            <w:top w:val="single" w:sz="4" w:space="0" w:color="D6DEE6"/>
            <w:left w:val="single" w:sz="4" w:space="0" w:color="D6DEE6"/>
            <w:bottom w:val="single" w:sz="4" w:space="0" w:color="D6DEE6"/>
            <w:right w:val="single" w:sz="4" w:space="0" w:color="D6DEE6"/>
            <w:insideH w:val="single" w:sz="4" w:space="0" w:color="D6DEE6"/>
            <w:insideV w:val="single" w:sz="4" w:space="0" w:color="D6DEE6"/>
          </w:tblBorders>
        </w:tblPrEx>
        <w:trPr>
          <w:jc w:val="center"/>
        </w:trPr>
        <w:tc>
          <w:tcPr>
            <w:tcW w:w="9866" w:type="dxa"/>
            <w:gridSpan w:val="2"/>
            <w:shd w:val="clear" w:color="auto" w:fill="F7FAFC"/>
            <w:vAlign w:val="center"/>
          </w:tcPr>
          <w:p w14:paraId="39DAD667" w14:textId="77777777" w:rsidR="00835692" w:rsidRDefault="00325523">
            <w:pPr>
              <w:spacing w:after="0"/>
              <w:ind w:left="57" w:right="57"/>
              <w:rPr>
                <w:lang w:eastAsia="zh-CN"/>
              </w:rPr>
            </w:pPr>
            <w:r>
              <w:rPr>
                <w:rFonts w:ascii="Arial" w:eastAsia="Arial" w:hAnsi="Arial" w:cs="Noto Sans CJK SC"/>
                <w:color w:val="4B5563"/>
                <w:sz w:val="18"/>
              </w:rPr>
              <w:t>Recommended note: Pneumatic Industrial Manipulators normally require a stable supply of clean, dry compressed air. If the site air supply contains water or oil, or if pressure fluctuates significantly, additional filtration and pressure stabilization should be provided in advance.</w:t>
            </w:r>
          </w:p>
        </w:tc>
      </w:tr>
    </w:tbl>
    <w:p w14:paraId="4F61F0DF" w14:textId="77777777" w:rsidR="00835692" w:rsidRDefault="00835692">
      <w:pPr>
        <w:rPr>
          <w:lang w:eastAsia="zh-CN"/>
        </w:rPr>
      </w:pPr>
    </w:p>
    <w:p w14:paraId="7B62705A" w14:textId="6ECB91CE" w:rsidR="00835692" w:rsidRDefault="00325523">
      <w:pPr>
        <w:pStyle w:val="1"/>
        <w:spacing w:before="200" w:after="120"/>
        <w:rPr>
          <w:lang w:eastAsia="zh-CN"/>
        </w:rPr>
      </w:pPr>
      <w:r>
        <w:rPr>
          <w:rFonts w:ascii="Arial" w:eastAsia="Arial" w:hAnsi="Arial" w:cs="Noto Sans CJK SC"/>
          <w:color w:val="1F4E79"/>
        </w:rPr>
        <w:t>6. Site Clearances and Interference</w:t>
      </w:r>
      <w:r w:rsidR="0007646A">
        <w:rPr>
          <w:noProof/>
        </w:rPr>
        <w:drawing>
          <wp:anchor distT="0" distB="0" distL="114300" distR="114300" simplePos="0" relativeHeight="251662336" behindDoc="0" locked="0" layoutInCell="1" allowOverlap="1" wp14:anchorId="12A575DD" wp14:editId="70A753A8">
            <wp:simplePos x="0" y="0"/>
            <wp:positionH relativeFrom="column">
              <wp:posOffset>0</wp:posOffset>
            </wp:positionH>
            <wp:positionV relativeFrom="paragraph">
              <wp:posOffset>0</wp:posOffset>
            </wp:positionV>
            <wp:extent cx="6264910" cy="5667375"/>
            <wp:effectExtent l="0" t="0" r="2540" b="0"/>
            <wp:wrapNone/>
            <wp:docPr id="1421418010"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1171869" name="图片 5"/>
                    <pic:cNvPicPr>
                      <a:picLocks noChangeAspect="1"/>
                    </pic:cNvPicPr>
                  </pic:nvPicPr>
                  <pic:blipFill>
                    <a:blip r:embed="rId8">
                      <a:alphaModFix amt="20000"/>
                    </a:blip>
                    <a:stretch>
                      <a:fillRect/>
                    </a:stretch>
                  </pic:blipFill>
                  <pic:spPr>
                    <a:xfrm>
                      <a:off x="0" y="0"/>
                      <a:ext cx="6264910" cy="5667375"/>
                    </a:xfrm>
                    <a:prstGeom prst="rect">
                      <a:avLst/>
                    </a:prstGeom>
                  </pic:spPr>
                </pic:pic>
              </a:graphicData>
            </a:graphic>
            <wp14:sizeRelH relativeFrom="page">
              <wp14:pctWidth>0</wp14:pctWidth>
            </wp14:sizeRelH>
            <wp14:sizeRelV relativeFrom="page">
              <wp14:pctHeight>0</wp14:pctHeight>
            </wp14:sizeRelV>
          </wp:anchor>
        </w:drawing>
      </w:r>
    </w:p>
    <w:tbl>
      <w:tblPr>
        <w:tblW w:w="0" w:type="auto"/>
        <w:jc w:val="center"/>
        <w:tblBorders>
          <w:top w:val="single" w:sz="6" w:space="0" w:color="B8C6D1"/>
          <w:left w:val="single" w:sz="6" w:space="0" w:color="B8C6D1"/>
          <w:bottom w:val="single" w:sz="6" w:space="0" w:color="B8C6D1"/>
          <w:right w:val="single" w:sz="6" w:space="0" w:color="B8C6D1"/>
          <w:insideH w:val="single" w:sz="6" w:space="0" w:color="B8C6D1"/>
          <w:insideV w:val="single" w:sz="6" w:space="0" w:color="B8C6D1"/>
        </w:tblBorders>
        <w:tblLayout w:type="fixed"/>
        <w:tblLook w:val="04A0" w:firstRow="1" w:lastRow="0" w:firstColumn="1" w:lastColumn="0" w:noHBand="0" w:noVBand="1"/>
      </w:tblPr>
      <w:tblGrid>
        <w:gridCol w:w="4933"/>
        <w:gridCol w:w="6690"/>
      </w:tblGrid>
      <w:tr w:rsidR="00835692" w14:paraId="6C34C76E" w14:textId="77777777">
        <w:trPr>
          <w:tblHeader/>
          <w:jc w:val="center"/>
        </w:trPr>
        <w:tc>
          <w:tcPr>
            <w:tcW w:w="4933" w:type="dxa"/>
            <w:shd w:val="clear" w:color="auto" w:fill="1F4E79"/>
            <w:vAlign w:val="center"/>
          </w:tcPr>
          <w:p w14:paraId="0A7D28A1" w14:textId="77777777" w:rsidR="00835692" w:rsidRDefault="00325523">
            <w:pPr>
              <w:spacing w:after="0"/>
              <w:jc w:val="center"/>
            </w:pPr>
            <w:r>
              <w:rPr>
                <w:rFonts w:ascii="Arial" w:eastAsia="Arial" w:hAnsi="Arial" w:cs="Noto Sans CJK SC"/>
                <w:b/>
                <w:color w:val="FFFFFF"/>
                <w:sz w:val="19"/>
              </w:rPr>
              <w:t>Confirm items</w:t>
            </w:r>
          </w:p>
        </w:tc>
        <w:tc>
          <w:tcPr>
            <w:tcW w:w="4933" w:type="dxa"/>
            <w:shd w:val="clear" w:color="auto" w:fill="1F4E79"/>
            <w:vAlign w:val="center"/>
          </w:tcPr>
          <w:p w14:paraId="7E8C6CBF" w14:textId="77777777" w:rsidR="00835692" w:rsidRDefault="00325523">
            <w:pPr>
              <w:spacing w:after="0"/>
              <w:jc w:val="center"/>
            </w:pPr>
            <w:r>
              <w:rPr>
                <w:rFonts w:ascii="Arial" w:eastAsia="Arial" w:hAnsi="Arial" w:cs="Noto Sans CJK SC"/>
                <w:b/>
                <w:color w:val="FFFFFF"/>
                <w:sz w:val="19"/>
              </w:rPr>
              <w:t>Fill in the content</w:t>
            </w:r>
          </w:p>
        </w:tc>
      </w:tr>
      <w:tr w:rsidR="00835692" w14:paraId="3597EAA8" w14:textId="77777777">
        <w:trPr>
          <w:cantSplit/>
          <w:jc w:val="center"/>
        </w:trPr>
        <w:tc>
          <w:tcPr>
            <w:tcW w:w="2381" w:type="dxa"/>
            <w:shd w:val="clear" w:color="auto" w:fill="EAF2F8"/>
            <w:vAlign w:val="center"/>
          </w:tcPr>
          <w:p w14:paraId="3FD3C477" w14:textId="77777777" w:rsidR="00835692" w:rsidRDefault="00325523">
            <w:pPr>
              <w:spacing w:after="0"/>
            </w:pPr>
            <w:r>
              <w:rPr>
                <w:rFonts w:ascii="Arial" w:eastAsia="Arial" w:hAnsi="Arial" w:cs="Noto Sans CJK SC"/>
                <w:b/>
                <w:color w:val="1F2937"/>
                <w:sz w:val="18"/>
              </w:rPr>
              <w:t>Workstation Width</w:t>
            </w:r>
          </w:p>
        </w:tc>
        <w:tc>
          <w:tcPr>
            <w:tcW w:w="6690" w:type="dxa"/>
            <w:vAlign w:val="center"/>
          </w:tcPr>
          <w:p w14:paraId="3A24ECA9" w14:textId="77777777" w:rsidR="00835692" w:rsidRDefault="00325523">
            <w:pPr>
              <w:spacing w:after="0"/>
            </w:pPr>
            <w:r>
              <w:rPr>
                <w:rFonts w:cs="Noto Sans CJK SC"/>
                <w:color w:val="1F2937"/>
                <w:sz w:val="18"/>
              </w:rPr>
              <w:t>________ mm</w:t>
            </w:r>
          </w:p>
        </w:tc>
      </w:tr>
      <w:tr w:rsidR="00835692" w14:paraId="5B799DA0" w14:textId="77777777">
        <w:trPr>
          <w:cantSplit/>
          <w:jc w:val="center"/>
        </w:trPr>
        <w:tc>
          <w:tcPr>
            <w:tcW w:w="2381" w:type="dxa"/>
            <w:shd w:val="clear" w:color="auto" w:fill="EAF2F8"/>
            <w:vAlign w:val="center"/>
          </w:tcPr>
          <w:p w14:paraId="20121204" w14:textId="77777777" w:rsidR="00835692" w:rsidRDefault="00325523">
            <w:pPr>
              <w:spacing w:after="0"/>
            </w:pPr>
            <w:r>
              <w:rPr>
                <w:rFonts w:ascii="Arial" w:eastAsia="Arial" w:hAnsi="Arial" w:cs="Noto Sans CJK SC"/>
                <w:b/>
                <w:color w:val="1F2937"/>
                <w:sz w:val="18"/>
              </w:rPr>
              <w:t>Workstation Depth</w:t>
            </w:r>
          </w:p>
        </w:tc>
        <w:tc>
          <w:tcPr>
            <w:tcW w:w="6690" w:type="dxa"/>
            <w:vAlign w:val="center"/>
          </w:tcPr>
          <w:p w14:paraId="7049D4E7" w14:textId="77777777" w:rsidR="00835692" w:rsidRDefault="00325523">
            <w:pPr>
              <w:spacing w:after="0"/>
            </w:pPr>
            <w:r>
              <w:rPr>
                <w:rFonts w:cs="Noto Sans CJK SC"/>
                <w:color w:val="1F2937"/>
                <w:sz w:val="18"/>
              </w:rPr>
              <w:t>________ mm</w:t>
            </w:r>
          </w:p>
        </w:tc>
      </w:tr>
      <w:tr w:rsidR="00835692" w14:paraId="62263BEE" w14:textId="77777777">
        <w:trPr>
          <w:cantSplit/>
          <w:jc w:val="center"/>
        </w:trPr>
        <w:tc>
          <w:tcPr>
            <w:tcW w:w="2381" w:type="dxa"/>
            <w:shd w:val="clear" w:color="auto" w:fill="EAF2F8"/>
            <w:vAlign w:val="center"/>
          </w:tcPr>
          <w:p w14:paraId="63A0D8C4" w14:textId="77777777" w:rsidR="00835692" w:rsidRDefault="00325523">
            <w:pPr>
              <w:spacing w:after="0"/>
            </w:pPr>
            <w:r>
              <w:rPr>
                <w:rFonts w:ascii="Arial" w:eastAsia="Arial" w:hAnsi="Arial" w:cs="Noto Sans CJK SC"/>
                <w:b/>
                <w:color w:val="1F2937"/>
                <w:sz w:val="18"/>
              </w:rPr>
              <w:t>Clear Height</w:t>
            </w:r>
          </w:p>
        </w:tc>
        <w:tc>
          <w:tcPr>
            <w:tcW w:w="6690" w:type="dxa"/>
            <w:vAlign w:val="center"/>
          </w:tcPr>
          <w:p w14:paraId="2CA8C8A5" w14:textId="77777777" w:rsidR="00835692" w:rsidRDefault="00325523">
            <w:pPr>
              <w:spacing w:after="0"/>
            </w:pPr>
            <w:r>
              <w:rPr>
                <w:rFonts w:cs="Noto Sans CJK SC"/>
                <w:color w:val="1F2937"/>
                <w:sz w:val="18"/>
              </w:rPr>
              <w:t>________ mm</w:t>
            </w:r>
          </w:p>
        </w:tc>
      </w:tr>
      <w:tr w:rsidR="00835692" w14:paraId="4C1146FD" w14:textId="77777777">
        <w:trPr>
          <w:cantSplit/>
          <w:jc w:val="center"/>
        </w:trPr>
        <w:tc>
          <w:tcPr>
            <w:tcW w:w="2381" w:type="dxa"/>
            <w:shd w:val="clear" w:color="auto" w:fill="EAF2F8"/>
            <w:vAlign w:val="center"/>
          </w:tcPr>
          <w:p w14:paraId="6FD5F911" w14:textId="77777777" w:rsidR="00835692" w:rsidRDefault="00325523">
            <w:pPr>
              <w:spacing w:after="0"/>
            </w:pPr>
            <w:r>
              <w:rPr>
                <w:rFonts w:ascii="Arial" w:eastAsia="Arial" w:hAnsi="Arial" w:cs="Noto Sans CJK SC"/>
                <w:b/>
                <w:color w:val="1F2937"/>
                <w:sz w:val="18"/>
              </w:rPr>
              <w:t>Aisle Width</w:t>
            </w:r>
          </w:p>
        </w:tc>
        <w:tc>
          <w:tcPr>
            <w:tcW w:w="6690" w:type="dxa"/>
            <w:vAlign w:val="center"/>
          </w:tcPr>
          <w:p w14:paraId="7EC0F8AF" w14:textId="77777777" w:rsidR="00835692" w:rsidRDefault="00325523">
            <w:pPr>
              <w:spacing w:after="0"/>
            </w:pPr>
            <w:r>
              <w:rPr>
                <w:rFonts w:cs="Noto Sans CJK SC"/>
                <w:color w:val="1F2937"/>
                <w:sz w:val="18"/>
              </w:rPr>
              <w:t>________ mm</w:t>
            </w:r>
          </w:p>
        </w:tc>
      </w:tr>
      <w:tr w:rsidR="00835692" w14:paraId="28C5992E" w14:textId="77777777">
        <w:trPr>
          <w:cantSplit/>
          <w:jc w:val="center"/>
        </w:trPr>
        <w:tc>
          <w:tcPr>
            <w:tcW w:w="2381" w:type="dxa"/>
            <w:shd w:val="clear" w:color="auto" w:fill="EAF2F8"/>
            <w:vAlign w:val="center"/>
          </w:tcPr>
          <w:p w14:paraId="4DDD23AA" w14:textId="77777777" w:rsidR="00835692" w:rsidRDefault="00325523">
            <w:pPr>
              <w:spacing w:after="0"/>
            </w:pPr>
            <w:r>
              <w:rPr>
                <w:rFonts w:ascii="Arial" w:eastAsia="Arial" w:hAnsi="Arial" w:cs="Noto Sans CJK SC"/>
                <w:b/>
                <w:color w:val="1F2937"/>
                <w:sz w:val="18"/>
              </w:rPr>
              <w:t>Access Door Width</w:t>
            </w:r>
          </w:p>
        </w:tc>
        <w:tc>
          <w:tcPr>
            <w:tcW w:w="6690" w:type="dxa"/>
            <w:vAlign w:val="center"/>
          </w:tcPr>
          <w:p w14:paraId="37ADFCBC" w14:textId="77777777" w:rsidR="00835692" w:rsidRDefault="00325523">
            <w:pPr>
              <w:spacing w:after="0"/>
            </w:pPr>
            <w:r>
              <w:rPr>
                <w:rFonts w:cs="Noto Sans CJK SC"/>
                <w:color w:val="1F2937"/>
                <w:sz w:val="18"/>
              </w:rPr>
              <w:t>________ mm</w:t>
            </w:r>
          </w:p>
        </w:tc>
      </w:tr>
      <w:tr w:rsidR="00835692" w14:paraId="4912E158" w14:textId="77777777">
        <w:trPr>
          <w:cantSplit/>
          <w:jc w:val="center"/>
        </w:trPr>
        <w:tc>
          <w:tcPr>
            <w:tcW w:w="2381" w:type="dxa"/>
            <w:shd w:val="clear" w:color="auto" w:fill="EAF2F8"/>
            <w:vAlign w:val="center"/>
          </w:tcPr>
          <w:p w14:paraId="3F924E3B" w14:textId="77777777" w:rsidR="00835692" w:rsidRDefault="00325523">
            <w:pPr>
              <w:spacing w:after="0"/>
            </w:pPr>
            <w:r>
              <w:rPr>
                <w:rFonts w:ascii="Arial" w:eastAsia="Arial" w:hAnsi="Arial" w:cs="Noto Sans CJK SC"/>
                <w:b/>
                <w:color w:val="1F2937"/>
                <w:sz w:val="18"/>
              </w:rPr>
              <w:t>Access Door Height</w:t>
            </w:r>
          </w:p>
        </w:tc>
        <w:tc>
          <w:tcPr>
            <w:tcW w:w="6690" w:type="dxa"/>
            <w:vAlign w:val="center"/>
          </w:tcPr>
          <w:p w14:paraId="6AD00313" w14:textId="77777777" w:rsidR="00835692" w:rsidRDefault="00325523">
            <w:pPr>
              <w:spacing w:after="0"/>
            </w:pPr>
            <w:r>
              <w:rPr>
                <w:rFonts w:cs="Noto Sans CJK SC"/>
                <w:color w:val="1F2937"/>
                <w:sz w:val="18"/>
              </w:rPr>
              <w:t>________ mm</w:t>
            </w:r>
          </w:p>
        </w:tc>
      </w:tr>
      <w:tr w:rsidR="00835692" w14:paraId="0C35201E" w14:textId="77777777">
        <w:trPr>
          <w:cantSplit/>
          <w:jc w:val="center"/>
        </w:trPr>
        <w:tc>
          <w:tcPr>
            <w:tcW w:w="2381" w:type="dxa"/>
            <w:shd w:val="clear" w:color="auto" w:fill="EAF2F8"/>
            <w:vAlign w:val="center"/>
          </w:tcPr>
          <w:p w14:paraId="745BC71B" w14:textId="77777777" w:rsidR="00835692" w:rsidRDefault="00325523">
            <w:pPr>
              <w:spacing w:after="0"/>
            </w:pPr>
            <w:r>
              <w:rPr>
                <w:rFonts w:ascii="Arial" w:eastAsia="Arial" w:hAnsi="Arial" w:cs="Noto Sans CJK SC"/>
                <w:b/>
                <w:color w:val="1F2937"/>
                <w:sz w:val="18"/>
              </w:rPr>
              <w:t>Is there any interference from surrounding equipment?</w:t>
            </w:r>
          </w:p>
        </w:tc>
        <w:tc>
          <w:tcPr>
            <w:tcW w:w="6690" w:type="dxa"/>
            <w:vAlign w:val="center"/>
          </w:tcPr>
          <w:p w14:paraId="7FF2445A" w14:textId="77777777" w:rsidR="00835692" w:rsidRDefault="00325523">
            <w:pPr>
              <w:spacing w:after="0"/>
            </w:pPr>
            <w:r>
              <w:rPr>
                <w:rFonts w:ascii="Arial" w:eastAsia="Arial" w:hAnsi="Arial" w:cs="Noto Sans CJK SC"/>
                <w:color w:val="1F2937"/>
                <w:sz w:val="18"/>
              </w:rPr>
              <w:t>□ Yes □ No</w:t>
            </w:r>
          </w:p>
        </w:tc>
      </w:tr>
      <w:tr w:rsidR="00835692" w14:paraId="427D1CB7" w14:textId="77777777">
        <w:trPr>
          <w:cantSplit/>
          <w:jc w:val="center"/>
        </w:trPr>
        <w:tc>
          <w:tcPr>
            <w:tcW w:w="2381" w:type="dxa"/>
            <w:shd w:val="clear" w:color="auto" w:fill="EAF2F8"/>
            <w:vAlign w:val="center"/>
          </w:tcPr>
          <w:p w14:paraId="6D1DD645" w14:textId="77777777" w:rsidR="00835692" w:rsidRDefault="00325523">
            <w:pPr>
              <w:spacing w:after="0"/>
              <w:rPr>
                <w:lang w:eastAsia="zh-CN"/>
              </w:rPr>
            </w:pPr>
            <w:r>
              <w:rPr>
                <w:rFonts w:ascii="Arial" w:eastAsia="Arial" w:hAnsi="Arial" w:cs="Noto Sans CJK SC"/>
                <w:b/>
                <w:color w:val="1F2937"/>
                <w:sz w:val="18"/>
              </w:rPr>
              <w:t>Are there pipelines and cable trays above?</w:t>
            </w:r>
          </w:p>
        </w:tc>
        <w:tc>
          <w:tcPr>
            <w:tcW w:w="6690" w:type="dxa"/>
            <w:vAlign w:val="center"/>
          </w:tcPr>
          <w:p w14:paraId="2CB1F7D3" w14:textId="77777777" w:rsidR="00835692" w:rsidRDefault="00325523">
            <w:pPr>
              <w:spacing w:after="0"/>
            </w:pPr>
            <w:r>
              <w:rPr>
                <w:rFonts w:ascii="Arial" w:eastAsia="Arial" w:hAnsi="Arial" w:cs="Noto Sans CJK SC"/>
                <w:color w:val="1F2937"/>
                <w:sz w:val="18"/>
              </w:rPr>
              <w:t>□ Yes □ No</w:t>
            </w:r>
          </w:p>
        </w:tc>
      </w:tr>
      <w:tr w:rsidR="00835692" w14:paraId="61146F6B" w14:textId="77777777">
        <w:trPr>
          <w:cantSplit/>
          <w:jc w:val="center"/>
        </w:trPr>
        <w:tc>
          <w:tcPr>
            <w:tcW w:w="2381" w:type="dxa"/>
            <w:shd w:val="clear" w:color="auto" w:fill="EAF2F8"/>
            <w:vAlign w:val="center"/>
          </w:tcPr>
          <w:p w14:paraId="54C361C2" w14:textId="77777777" w:rsidR="00835692" w:rsidRDefault="00325523">
            <w:pPr>
              <w:spacing w:after="0"/>
              <w:rPr>
                <w:lang w:eastAsia="zh-CN"/>
              </w:rPr>
            </w:pPr>
            <w:r>
              <w:rPr>
                <w:rFonts w:ascii="Arial" w:eastAsia="Arial" w:hAnsi="Arial" w:cs="Noto Sans CJK SC"/>
                <w:b/>
                <w:color w:val="1F2937"/>
                <w:sz w:val="18"/>
              </w:rPr>
              <w:t>Are there trenches, slopes or steps on the ground?</w:t>
            </w:r>
          </w:p>
        </w:tc>
        <w:tc>
          <w:tcPr>
            <w:tcW w:w="6690" w:type="dxa"/>
            <w:vAlign w:val="center"/>
          </w:tcPr>
          <w:p w14:paraId="668A420A" w14:textId="77777777" w:rsidR="00835692" w:rsidRDefault="00325523">
            <w:pPr>
              <w:spacing w:after="0"/>
            </w:pPr>
            <w:r>
              <w:rPr>
                <w:rFonts w:ascii="Arial" w:eastAsia="Arial" w:hAnsi="Arial" w:cs="Noto Sans CJK SC"/>
                <w:color w:val="1F2937"/>
                <w:sz w:val="18"/>
              </w:rPr>
              <w:t>□ Yes □ No</w:t>
            </w:r>
          </w:p>
        </w:tc>
      </w:tr>
      <w:tr w:rsidR="00835692" w14:paraId="63B54098" w14:textId="77777777">
        <w:trPr>
          <w:cantSplit/>
          <w:jc w:val="center"/>
        </w:trPr>
        <w:tc>
          <w:tcPr>
            <w:tcW w:w="2381" w:type="dxa"/>
            <w:shd w:val="clear" w:color="auto" w:fill="EAF2F8"/>
            <w:vAlign w:val="center"/>
          </w:tcPr>
          <w:p w14:paraId="68034A63" w14:textId="77777777" w:rsidR="00835692" w:rsidRDefault="00325523">
            <w:pPr>
              <w:spacing w:after="0"/>
              <w:rPr>
                <w:lang w:eastAsia="zh-CN"/>
              </w:rPr>
            </w:pPr>
            <w:r>
              <w:rPr>
                <w:rFonts w:ascii="Arial" w:eastAsia="Arial" w:hAnsi="Arial" w:cs="Noto Sans CJK SC"/>
                <w:b/>
                <w:color w:val="1F2937"/>
                <w:sz w:val="18"/>
              </w:rPr>
              <w:t>Is it accessible by forklifts or lifting equipment?</w:t>
            </w:r>
          </w:p>
        </w:tc>
        <w:tc>
          <w:tcPr>
            <w:tcW w:w="6690" w:type="dxa"/>
            <w:vAlign w:val="center"/>
          </w:tcPr>
          <w:p w14:paraId="6149B518" w14:textId="77777777" w:rsidR="00835692" w:rsidRDefault="00325523">
            <w:pPr>
              <w:spacing w:after="0"/>
            </w:pPr>
            <w:r>
              <w:rPr>
                <w:rFonts w:ascii="Arial" w:eastAsia="Arial" w:hAnsi="Arial" w:cs="Noto Sans CJK SC"/>
                <w:color w:val="1F2937"/>
                <w:sz w:val="18"/>
              </w:rPr>
              <w:t>□ Yes □ No</w:t>
            </w:r>
          </w:p>
        </w:tc>
      </w:tr>
    </w:tbl>
    <w:p w14:paraId="3B7BF01E" w14:textId="77777777" w:rsidR="00835692" w:rsidRDefault="00325523">
      <w:pPr>
        <w:pStyle w:val="1"/>
        <w:spacing w:before="200" w:after="120"/>
      </w:pPr>
      <w:r>
        <w:rPr>
          <w:rFonts w:ascii="Arial" w:eastAsia="Arial" w:hAnsi="Arial" w:cs="Noto Sans CJK SC"/>
          <w:color w:val="1F4E79"/>
        </w:rPr>
        <w:t>7. Logistics and Installation Conditions</w:t>
      </w:r>
    </w:p>
    <w:tbl>
      <w:tblPr>
        <w:tblW w:w="0" w:type="auto"/>
        <w:jc w:val="center"/>
        <w:tblBorders>
          <w:top w:val="single" w:sz="6" w:space="0" w:color="B8C6D1"/>
          <w:left w:val="single" w:sz="6" w:space="0" w:color="B8C6D1"/>
          <w:bottom w:val="single" w:sz="6" w:space="0" w:color="B8C6D1"/>
          <w:right w:val="single" w:sz="6" w:space="0" w:color="B8C6D1"/>
          <w:insideH w:val="single" w:sz="6" w:space="0" w:color="B8C6D1"/>
          <w:insideV w:val="single" w:sz="6" w:space="0" w:color="B8C6D1"/>
        </w:tblBorders>
        <w:tblLayout w:type="fixed"/>
        <w:tblLook w:val="04A0" w:firstRow="1" w:lastRow="0" w:firstColumn="1" w:lastColumn="0" w:noHBand="0" w:noVBand="1"/>
      </w:tblPr>
      <w:tblGrid>
        <w:gridCol w:w="4933"/>
        <w:gridCol w:w="6690"/>
      </w:tblGrid>
      <w:tr w:rsidR="00835692" w14:paraId="11B451A7" w14:textId="77777777">
        <w:trPr>
          <w:tblHeader/>
          <w:jc w:val="center"/>
        </w:trPr>
        <w:tc>
          <w:tcPr>
            <w:tcW w:w="4933" w:type="dxa"/>
            <w:shd w:val="clear" w:color="auto" w:fill="1F4E79"/>
            <w:vAlign w:val="center"/>
          </w:tcPr>
          <w:p w14:paraId="1CB79421" w14:textId="77777777" w:rsidR="00835692" w:rsidRDefault="00325523">
            <w:pPr>
              <w:spacing w:after="0"/>
              <w:jc w:val="center"/>
            </w:pPr>
            <w:r>
              <w:rPr>
                <w:rFonts w:ascii="Arial" w:eastAsia="Arial" w:hAnsi="Arial" w:cs="Noto Sans CJK SC"/>
                <w:b/>
                <w:color w:val="FFFFFF"/>
                <w:sz w:val="19"/>
              </w:rPr>
              <w:t>Confirm items</w:t>
            </w:r>
          </w:p>
        </w:tc>
        <w:tc>
          <w:tcPr>
            <w:tcW w:w="4933" w:type="dxa"/>
            <w:shd w:val="clear" w:color="auto" w:fill="1F4E79"/>
            <w:vAlign w:val="center"/>
          </w:tcPr>
          <w:p w14:paraId="49BA78AD" w14:textId="77777777" w:rsidR="00835692" w:rsidRDefault="00325523">
            <w:pPr>
              <w:spacing w:after="0"/>
              <w:jc w:val="center"/>
            </w:pPr>
            <w:r>
              <w:rPr>
                <w:rFonts w:ascii="Arial" w:eastAsia="Arial" w:hAnsi="Arial" w:cs="Noto Sans CJK SC"/>
                <w:b/>
                <w:color w:val="FFFFFF"/>
                <w:sz w:val="19"/>
              </w:rPr>
              <w:t>Fill in the content</w:t>
            </w:r>
          </w:p>
        </w:tc>
      </w:tr>
      <w:tr w:rsidR="00835692" w14:paraId="25DE11C2" w14:textId="77777777">
        <w:trPr>
          <w:cantSplit/>
          <w:jc w:val="center"/>
        </w:trPr>
        <w:tc>
          <w:tcPr>
            <w:tcW w:w="2381" w:type="dxa"/>
            <w:shd w:val="clear" w:color="auto" w:fill="EAF2F8"/>
            <w:vAlign w:val="center"/>
          </w:tcPr>
          <w:p w14:paraId="4DAD2E1D" w14:textId="77777777" w:rsidR="00835692" w:rsidRDefault="00325523">
            <w:pPr>
              <w:spacing w:after="0"/>
            </w:pPr>
            <w:r>
              <w:rPr>
                <w:rFonts w:ascii="Arial" w:eastAsia="Arial" w:hAnsi="Arial" w:cs="Noto Sans CJK SC"/>
                <w:b/>
                <w:color w:val="1F2937"/>
                <w:sz w:val="18"/>
              </w:rPr>
              <w:t>Can a truck arrive at the site?</w:t>
            </w:r>
          </w:p>
        </w:tc>
        <w:tc>
          <w:tcPr>
            <w:tcW w:w="6690" w:type="dxa"/>
            <w:vAlign w:val="center"/>
          </w:tcPr>
          <w:p w14:paraId="07CEDC17" w14:textId="77777777" w:rsidR="00835692" w:rsidRDefault="00325523">
            <w:pPr>
              <w:spacing w:after="0"/>
            </w:pPr>
            <w:r>
              <w:rPr>
                <w:rFonts w:ascii="Arial" w:eastAsia="Arial" w:hAnsi="Arial" w:cs="Noto Sans CJK SC"/>
                <w:color w:val="1F2937"/>
                <w:sz w:val="18"/>
              </w:rPr>
              <w:t>□ Yes □ No</w:t>
            </w:r>
          </w:p>
        </w:tc>
      </w:tr>
      <w:tr w:rsidR="00835692" w14:paraId="3CB4AC8F" w14:textId="77777777">
        <w:trPr>
          <w:cantSplit/>
          <w:jc w:val="center"/>
        </w:trPr>
        <w:tc>
          <w:tcPr>
            <w:tcW w:w="2381" w:type="dxa"/>
            <w:shd w:val="clear" w:color="auto" w:fill="EAF2F8"/>
            <w:vAlign w:val="center"/>
          </w:tcPr>
          <w:p w14:paraId="535C0A2E" w14:textId="77777777" w:rsidR="00835692" w:rsidRDefault="00325523">
            <w:pPr>
              <w:spacing w:after="0"/>
            </w:pPr>
            <w:r>
              <w:rPr>
                <w:rFonts w:ascii="Arial" w:eastAsia="Arial" w:hAnsi="Arial" w:cs="Noto Sans CJK SC"/>
                <w:b/>
                <w:color w:val="1F2937"/>
                <w:sz w:val="18"/>
              </w:rPr>
              <w:t>Unloading method</w:t>
            </w:r>
          </w:p>
        </w:tc>
        <w:tc>
          <w:tcPr>
            <w:tcW w:w="6690" w:type="dxa"/>
            <w:vAlign w:val="center"/>
          </w:tcPr>
          <w:p w14:paraId="0CFF643A" w14:textId="77777777" w:rsidR="00835692" w:rsidRDefault="00325523">
            <w:pPr>
              <w:spacing w:after="0"/>
              <w:rPr>
                <w:lang w:eastAsia="zh-CN"/>
              </w:rPr>
            </w:pPr>
            <w:r>
              <w:rPr>
                <w:rFonts w:ascii="Arial" w:eastAsia="Arial" w:hAnsi="Arial" w:cs="Noto Sans CJK SC"/>
                <w:color w:val="1F2937"/>
                <w:sz w:val="18"/>
              </w:rPr>
              <w:t>□ Forklift □ Overhead crane □ Manual handling □ Other:</w:t>
            </w:r>
          </w:p>
        </w:tc>
      </w:tr>
      <w:tr w:rsidR="00835692" w14:paraId="519415F7" w14:textId="77777777">
        <w:trPr>
          <w:cantSplit/>
          <w:jc w:val="center"/>
        </w:trPr>
        <w:tc>
          <w:tcPr>
            <w:tcW w:w="2381" w:type="dxa"/>
            <w:shd w:val="clear" w:color="auto" w:fill="EAF2F8"/>
            <w:vAlign w:val="center"/>
          </w:tcPr>
          <w:p w14:paraId="7A4CB938" w14:textId="77777777" w:rsidR="00835692" w:rsidRDefault="00325523">
            <w:pPr>
              <w:spacing w:after="0"/>
            </w:pPr>
            <w:r>
              <w:rPr>
                <w:rFonts w:ascii="Arial" w:eastAsia="Arial" w:hAnsi="Arial" w:cs="Noto Sans CJK SC"/>
                <w:b/>
                <w:color w:val="1F2937"/>
                <w:sz w:val="18"/>
              </w:rPr>
              <w:t>Are lifting facilities available?</w:t>
            </w:r>
          </w:p>
        </w:tc>
        <w:tc>
          <w:tcPr>
            <w:tcW w:w="6690" w:type="dxa"/>
            <w:vAlign w:val="center"/>
          </w:tcPr>
          <w:p w14:paraId="6C6AA04A" w14:textId="77777777" w:rsidR="00835692" w:rsidRDefault="00325523">
            <w:pPr>
              <w:spacing w:after="0"/>
            </w:pPr>
            <w:r>
              <w:rPr>
                <w:rFonts w:ascii="Arial" w:eastAsia="Arial" w:hAnsi="Arial" w:cs="Noto Sans CJK SC"/>
                <w:color w:val="1F2937"/>
                <w:sz w:val="18"/>
              </w:rPr>
              <w:t>□ Yes □ No</w:t>
            </w:r>
          </w:p>
        </w:tc>
      </w:tr>
      <w:tr w:rsidR="00835692" w14:paraId="64C16F4C" w14:textId="77777777">
        <w:trPr>
          <w:cantSplit/>
          <w:jc w:val="center"/>
        </w:trPr>
        <w:tc>
          <w:tcPr>
            <w:tcW w:w="2381" w:type="dxa"/>
            <w:shd w:val="clear" w:color="auto" w:fill="EAF2F8"/>
            <w:vAlign w:val="center"/>
          </w:tcPr>
          <w:p w14:paraId="391B91E7" w14:textId="77777777" w:rsidR="00835692" w:rsidRDefault="00325523">
            <w:pPr>
              <w:spacing w:after="0"/>
              <w:rPr>
                <w:lang w:eastAsia="zh-CN"/>
              </w:rPr>
            </w:pPr>
            <w:r>
              <w:rPr>
                <w:rFonts w:ascii="Arial" w:eastAsia="Arial" w:hAnsi="Arial" w:cs="Noto Sans CJK SC"/>
                <w:b/>
                <w:color w:val="1F2937"/>
                <w:sz w:val="18"/>
              </w:rPr>
              <w:t>Is secondary on-site handling required?</w:t>
            </w:r>
          </w:p>
        </w:tc>
        <w:tc>
          <w:tcPr>
            <w:tcW w:w="6690" w:type="dxa"/>
            <w:vAlign w:val="center"/>
          </w:tcPr>
          <w:p w14:paraId="71B91758" w14:textId="77777777" w:rsidR="00835692" w:rsidRDefault="00325523">
            <w:pPr>
              <w:spacing w:after="0"/>
            </w:pPr>
            <w:r>
              <w:rPr>
                <w:rFonts w:ascii="Arial" w:eastAsia="Arial" w:hAnsi="Arial" w:cs="Noto Sans CJK SC"/>
                <w:color w:val="1F2937"/>
                <w:sz w:val="18"/>
              </w:rPr>
              <w:t>□ Yes □ No</w:t>
            </w:r>
          </w:p>
        </w:tc>
      </w:tr>
      <w:tr w:rsidR="00835692" w14:paraId="6B553212" w14:textId="77777777">
        <w:trPr>
          <w:cantSplit/>
          <w:jc w:val="center"/>
        </w:trPr>
        <w:tc>
          <w:tcPr>
            <w:tcW w:w="2381" w:type="dxa"/>
            <w:shd w:val="clear" w:color="auto" w:fill="EAF2F8"/>
            <w:vAlign w:val="center"/>
          </w:tcPr>
          <w:p w14:paraId="6BD798D7" w14:textId="77777777" w:rsidR="00835692" w:rsidRDefault="00325523">
            <w:pPr>
              <w:spacing w:after="0"/>
            </w:pPr>
            <w:r>
              <w:rPr>
                <w:rFonts w:ascii="Arial" w:eastAsia="Arial" w:hAnsi="Arial" w:cs="Noto Sans CJK SC"/>
                <w:b/>
                <w:color w:val="1F2937"/>
                <w:sz w:val="18"/>
              </w:rPr>
              <w:t>Can the production line be stopped in the installation area?</w:t>
            </w:r>
          </w:p>
        </w:tc>
        <w:tc>
          <w:tcPr>
            <w:tcW w:w="6690" w:type="dxa"/>
            <w:vAlign w:val="center"/>
          </w:tcPr>
          <w:p w14:paraId="490F4EF7" w14:textId="77777777" w:rsidR="00835692" w:rsidRDefault="00325523">
            <w:pPr>
              <w:spacing w:after="0"/>
            </w:pPr>
            <w:r>
              <w:rPr>
                <w:rFonts w:ascii="Arial" w:eastAsia="Arial" w:hAnsi="Arial" w:cs="Noto Sans CJK SC"/>
                <w:color w:val="1F2937"/>
                <w:sz w:val="18"/>
              </w:rPr>
              <w:t>□ Yes □ No</w:t>
            </w:r>
          </w:p>
        </w:tc>
      </w:tr>
      <w:tr w:rsidR="00835692" w14:paraId="1686C924" w14:textId="77777777">
        <w:trPr>
          <w:cantSplit/>
          <w:jc w:val="center"/>
        </w:trPr>
        <w:tc>
          <w:tcPr>
            <w:tcW w:w="2381" w:type="dxa"/>
            <w:shd w:val="clear" w:color="auto" w:fill="EAF2F8"/>
            <w:vAlign w:val="center"/>
          </w:tcPr>
          <w:p w14:paraId="3E6EBC4C" w14:textId="77777777" w:rsidR="00835692" w:rsidRDefault="00325523">
            <w:pPr>
              <w:spacing w:after="0"/>
            </w:pPr>
            <w:r>
              <w:rPr>
                <w:rFonts w:ascii="Arial" w:eastAsia="Arial" w:hAnsi="Arial" w:cs="Noto Sans CJK SC"/>
                <w:b/>
                <w:color w:val="1F2937"/>
                <w:sz w:val="18"/>
              </w:rPr>
              <w:t>Installable time period</w:t>
            </w:r>
          </w:p>
        </w:tc>
        <w:tc>
          <w:tcPr>
            <w:tcW w:w="6690" w:type="dxa"/>
            <w:vAlign w:val="center"/>
          </w:tcPr>
          <w:p w14:paraId="393A8ED8" w14:textId="77777777" w:rsidR="00835692" w:rsidRDefault="00325523">
            <w:pPr>
              <w:spacing w:after="0"/>
              <w:rPr>
                <w:lang w:eastAsia="zh-CN"/>
              </w:rPr>
            </w:pPr>
            <w:r>
              <w:rPr>
                <w:rFonts w:ascii="Arial" w:eastAsia="Arial" w:hAnsi="Arial" w:cs="Noto Sans CJK SC"/>
                <w:color w:val="1F2937"/>
                <w:sz w:val="18"/>
              </w:rPr>
              <w:t>□ Day □ Night □ Weekend □ Others:</w:t>
            </w:r>
          </w:p>
        </w:tc>
      </w:tr>
      <w:tr w:rsidR="00835692" w14:paraId="73885D26" w14:textId="77777777">
        <w:trPr>
          <w:cantSplit/>
          <w:jc w:val="center"/>
        </w:trPr>
        <w:tc>
          <w:tcPr>
            <w:tcW w:w="2381" w:type="dxa"/>
            <w:shd w:val="clear" w:color="auto" w:fill="EAF2F8"/>
            <w:vAlign w:val="center"/>
          </w:tcPr>
          <w:p w14:paraId="4BDF274B" w14:textId="77777777" w:rsidR="00835692" w:rsidRDefault="00325523">
            <w:pPr>
              <w:spacing w:after="0"/>
              <w:rPr>
                <w:lang w:eastAsia="zh-CN"/>
              </w:rPr>
            </w:pPr>
            <w:r>
              <w:rPr>
                <w:rFonts w:ascii="Arial" w:eastAsia="Arial" w:hAnsi="Arial" w:cs="Noto Sans CJK SC"/>
                <w:b/>
                <w:color w:val="1F2937"/>
                <w:sz w:val="18"/>
              </w:rPr>
              <w:t>Are site-entry procedures required?</w:t>
            </w:r>
          </w:p>
        </w:tc>
        <w:tc>
          <w:tcPr>
            <w:tcW w:w="6690" w:type="dxa"/>
            <w:vAlign w:val="center"/>
          </w:tcPr>
          <w:p w14:paraId="4AF35172" w14:textId="77777777" w:rsidR="00835692" w:rsidRDefault="00325523">
            <w:pPr>
              <w:spacing w:after="0"/>
            </w:pPr>
            <w:r>
              <w:rPr>
                <w:rFonts w:ascii="Arial" w:eastAsia="Arial" w:hAnsi="Arial" w:cs="Noto Sans CJK SC"/>
                <w:color w:val="1F2937"/>
                <w:sz w:val="18"/>
              </w:rPr>
              <w:t>□ Yes □ No</w:t>
            </w:r>
          </w:p>
        </w:tc>
      </w:tr>
      <w:tr w:rsidR="00835692" w14:paraId="5D16530B" w14:textId="77777777">
        <w:trPr>
          <w:cantSplit/>
          <w:jc w:val="center"/>
        </w:trPr>
        <w:tc>
          <w:tcPr>
            <w:tcW w:w="2381" w:type="dxa"/>
            <w:shd w:val="clear" w:color="auto" w:fill="EAF2F8"/>
            <w:vAlign w:val="center"/>
          </w:tcPr>
          <w:p w14:paraId="516A79BC" w14:textId="77777777" w:rsidR="00835692" w:rsidRDefault="00325523">
            <w:pPr>
              <w:spacing w:after="0"/>
              <w:rPr>
                <w:lang w:eastAsia="zh-CN"/>
              </w:rPr>
            </w:pPr>
            <w:r>
              <w:rPr>
                <w:rFonts w:ascii="Arial" w:eastAsia="Arial" w:hAnsi="Arial" w:cs="Noto Sans CJK SC"/>
                <w:b/>
                <w:color w:val="1F2937"/>
                <w:sz w:val="18"/>
              </w:rPr>
              <w:t>Is construction safety training required?</w:t>
            </w:r>
          </w:p>
        </w:tc>
        <w:tc>
          <w:tcPr>
            <w:tcW w:w="6690" w:type="dxa"/>
            <w:vAlign w:val="center"/>
          </w:tcPr>
          <w:p w14:paraId="7CCCEFBE" w14:textId="77777777" w:rsidR="00835692" w:rsidRDefault="00325523">
            <w:pPr>
              <w:spacing w:after="0"/>
            </w:pPr>
            <w:r>
              <w:rPr>
                <w:rFonts w:ascii="Arial" w:eastAsia="Arial" w:hAnsi="Arial" w:cs="Noto Sans CJK SC"/>
                <w:color w:val="1F2937"/>
                <w:sz w:val="18"/>
              </w:rPr>
              <w:t>□ Yes □ No</w:t>
            </w:r>
          </w:p>
        </w:tc>
      </w:tr>
    </w:tbl>
    <w:p w14:paraId="3C7CB320" w14:textId="77777777" w:rsidR="00835692" w:rsidRDefault="00325523">
      <w:pPr>
        <w:pStyle w:val="1"/>
        <w:spacing w:before="200" w:after="120"/>
      </w:pPr>
      <w:r>
        <w:rPr>
          <w:rFonts w:ascii="Arial" w:eastAsia="Arial" w:hAnsi="Arial" w:cs="Noto Sans CJK SC"/>
          <w:color w:val="1F4E79"/>
        </w:rPr>
        <w:t>8. Safety and Environmental Conditions</w:t>
      </w:r>
    </w:p>
    <w:tbl>
      <w:tblPr>
        <w:tblW w:w="0" w:type="auto"/>
        <w:jc w:val="center"/>
        <w:tblBorders>
          <w:top w:val="single" w:sz="6" w:space="0" w:color="B8C6D1"/>
          <w:left w:val="single" w:sz="6" w:space="0" w:color="B8C6D1"/>
          <w:bottom w:val="single" w:sz="6" w:space="0" w:color="B8C6D1"/>
          <w:right w:val="single" w:sz="6" w:space="0" w:color="B8C6D1"/>
          <w:insideH w:val="single" w:sz="6" w:space="0" w:color="B8C6D1"/>
          <w:insideV w:val="single" w:sz="6" w:space="0" w:color="B8C6D1"/>
        </w:tblBorders>
        <w:tblLayout w:type="fixed"/>
        <w:tblLook w:val="04A0" w:firstRow="1" w:lastRow="0" w:firstColumn="1" w:lastColumn="0" w:noHBand="0" w:noVBand="1"/>
      </w:tblPr>
      <w:tblGrid>
        <w:gridCol w:w="4933"/>
        <w:gridCol w:w="6690"/>
      </w:tblGrid>
      <w:tr w:rsidR="00835692" w14:paraId="0E390F09" w14:textId="77777777">
        <w:trPr>
          <w:tblHeader/>
          <w:jc w:val="center"/>
        </w:trPr>
        <w:tc>
          <w:tcPr>
            <w:tcW w:w="4933" w:type="dxa"/>
            <w:shd w:val="clear" w:color="auto" w:fill="1F4E79"/>
            <w:vAlign w:val="center"/>
          </w:tcPr>
          <w:p w14:paraId="16F09C35" w14:textId="77777777" w:rsidR="00835692" w:rsidRDefault="00325523">
            <w:pPr>
              <w:spacing w:after="0"/>
              <w:jc w:val="center"/>
            </w:pPr>
            <w:r>
              <w:rPr>
                <w:rFonts w:ascii="Arial" w:eastAsia="Arial" w:hAnsi="Arial" w:cs="Noto Sans CJK SC"/>
                <w:b/>
                <w:color w:val="FFFFFF"/>
                <w:sz w:val="19"/>
              </w:rPr>
              <w:t>Confirm items</w:t>
            </w:r>
          </w:p>
        </w:tc>
        <w:tc>
          <w:tcPr>
            <w:tcW w:w="4933" w:type="dxa"/>
            <w:shd w:val="clear" w:color="auto" w:fill="1F4E79"/>
            <w:vAlign w:val="center"/>
          </w:tcPr>
          <w:p w14:paraId="27A55EF8" w14:textId="77777777" w:rsidR="00835692" w:rsidRDefault="00325523">
            <w:pPr>
              <w:spacing w:after="0"/>
              <w:jc w:val="center"/>
            </w:pPr>
            <w:r>
              <w:rPr>
                <w:rFonts w:ascii="Arial" w:eastAsia="Arial" w:hAnsi="Arial" w:cs="Noto Sans CJK SC"/>
                <w:b/>
                <w:color w:val="FFFFFF"/>
                <w:sz w:val="19"/>
              </w:rPr>
              <w:t>Fill in the content</w:t>
            </w:r>
          </w:p>
        </w:tc>
      </w:tr>
      <w:tr w:rsidR="00835692" w14:paraId="6A064C79" w14:textId="77777777">
        <w:trPr>
          <w:cantSplit/>
          <w:jc w:val="center"/>
        </w:trPr>
        <w:tc>
          <w:tcPr>
            <w:tcW w:w="2381" w:type="dxa"/>
            <w:shd w:val="clear" w:color="auto" w:fill="EAF2F8"/>
            <w:vAlign w:val="center"/>
          </w:tcPr>
          <w:p w14:paraId="3E0295ED" w14:textId="77777777" w:rsidR="00835692" w:rsidRDefault="00325523">
            <w:pPr>
              <w:spacing w:after="0"/>
            </w:pPr>
            <w:r>
              <w:rPr>
                <w:rFonts w:ascii="Arial" w:eastAsia="Arial" w:hAnsi="Arial" w:cs="Noto Sans CJK SC"/>
                <w:b/>
                <w:color w:val="1F2937"/>
                <w:sz w:val="18"/>
              </w:rPr>
              <w:t>Is the site exposed to high temperatures?</w:t>
            </w:r>
          </w:p>
        </w:tc>
        <w:tc>
          <w:tcPr>
            <w:tcW w:w="6690" w:type="dxa"/>
            <w:vAlign w:val="center"/>
          </w:tcPr>
          <w:p w14:paraId="043E6DC8" w14:textId="77777777" w:rsidR="00835692" w:rsidRDefault="00325523">
            <w:pPr>
              <w:spacing w:after="0"/>
            </w:pPr>
            <w:r>
              <w:rPr>
                <w:rFonts w:ascii="Arial" w:eastAsia="Arial" w:hAnsi="Arial" w:cs="Noto Sans CJK SC"/>
                <w:color w:val="1F2937"/>
                <w:sz w:val="18"/>
              </w:rPr>
              <w:t>□ Yes □ No</w:t>
            </w:r>
          </w:p>
        </w:tc>
      </w:tr>
      <w:tr w:rsidR="00835692" w14:paraId="248BD923" w14:textId="77777777">
        <w:trPr>
          <w:cantSplit/>
          <w:jc w:val="center"/>
        </w:trPr>
        <w:tc>
          <w:tcPr>
            <w:tcW w:w="2381" w:type="dxa"/>
            <w:shd w:val="clear" w:color="auto" w:fill="EAF2F8"/>
            <w:vAlign w:val="center"/>
          </w:tcPr>
          <w:p w14:paraId="0EB0AE5A" w14:textId="77777777" w:rsidR="00835692" w:rsidRDefault="00325523">
            <w:pPr>
              <w:spacing w:after="0"/>
              <w:rPr>
                <w:lang w:eastAsia="zh-CN"/>
              </w:rPr>
            </w:pPr>
            <w:r>
              <w:rPr>
                <w:rFonts w:ascii="Arial" w:eastAsia="Arial" w:hAnsi="Arial" w:cs="Noto Sans CJK SC"/>
                <w:b/>
                <w:color w:val="1F2937"/>
                <w:sz w:val="18"/>
              </w:rPr>
              <w:t>Are dust, oil contamination, or water vapor present?</w:t>
            </w:r>
          </w:p>
        </w:tc>
        <w:tc>
          <w:tcPr>
            <w:tcW w:w="6690" w:type="dxa"/>
            <w:vAlign w:val="center"/>
          </w:tcPr>
          <w:p w14:paraId="2B1D77DB" w14:textId="77777777" w:rsidR="00835692" w:rsidRDefault="00325523">
            <w:pPr>
              <w:spacing w:after="0"/>
            </w:pPr>
            <w:r>
              <w:rPr>
                <w:rFonts w:ascii="Arial" w:eastAsia="Arial" w:hAnsi="Arial" w:cs="Noto Sans CJK SC"/>
                <w:color w:val="1F2937"/>
                <w:sz w:val="18"/>
              </w:rPr>
              <w:t>□ Yes □ No</w:t>
            </w:r>
          </w:p>
        </w:tc>
      </w:tr>
      <w:tr w:rsidR="00835692" w14:paraId="3F36F7B4" w14:textId="77777777">
        <w:trPr>
          <w:cantSplit/>
          <w:jc w:val="center"/>
        </w:trPr>
        <w:tc>
          <w:tcPr>
            <w:tcW w:w="2381" w:type="dxa"/>
            <w:shd w:val="clear" w:color="auto" w:fill="EAF2F8"/>
            <w:vAlign w:val="center"/>
          </w:tcPr>
          <w:p w14:paraId="2415DF9F" w14:textId="77777777" w:rsidR="00835692" w:rsidRDefault="00325523">
            <w:pPr>
              <w:spacing w:after="0"/>
            </w:pPr>
            <w:r>
              <w:rPr>
                <w:rFonts w:ascii="Arial" w:eastAsia="Arial" w:hAnsi="Arial" w:cs="Noto Sans CJK SC"/>
                <w:b/>
                <w:color w:val="1F2937"/>
                <w:sz w:val="18"/>
              </w:rPr>
              <w:t>Is this a hazardous/explosion-protected area?</w:t>
            </w:r>
          </w:p>
        </w:tc>
        <w:tc>
          <w:tcPr>
            <w:tcW w:w="6690" w:type="dxa"/>
            <w:vAlign w:val="center"/>
          </w:tcPr>
          <w:p w14:paraId="76308A4F" w14:textId="77777777" w:rsidR="00835692" w:rsidRDefault="00325523">
            <w:pPr>
              <w:spacing w:after="0"/>
            </w:pPr>
            <w:r>
              <w:rPr>
                <w:rFonts w:ascii="Arial" w:eastAsia="Arial" w:hAnsi="Arial" w:cs="Noto Sans CJK SC"/>
                <w:color w:val="1F2937"/>
                <w:sz w:val="18"/>
              </w:rPr>
              <w:t>□ Yes □ No</w:t>
            </w:r>
          </w:p>
        </w:tc>
      </w:tr>
      <w:tr w:rsidR="00835692" w14:paraId="389AF6C2" w14:textId="77777777">
        <w:trPr>
          <w:cantSplit/>
          <w:jc w:val="center"/>
        </w:trPr>
        <w:tc>
          <w:tcPr>
            <w:tcW w:w="2381" w:type="dxa"/>
            <w:shd w:val="clear" w:color="auto" w:fill="EAF2F8"/>
            <w:vAlign w:val="center"/>
          </w:tcPr>
          <w:p w14:paraId="3AC989BC" w14:textId="77777777" w:rsidR="00835692" w:rsidRDefault="00325523">
            <w:pPr>
              <w:spacing w:after="0"/>
            </w:pPr>
            <w:r>
              <w:rPr>
                <w:rFonts w:ascii="Arial" w:eastAsia="Arial" w:hAnsi="Arial" w:cs="Noto Sans CJK SC"/>
                <w:b/>
                <w:color w:val="1F2937"/>
                <w:sz w:val="18"/>
              </w:rPr>
              <w:t>Are there cleanliness requirements?</w:t>
            </w:r>
          </w:p>
        </w:tc>
        <w:tc>
          <w:tcPr>
            <w:tcW w:w="6690" w:type="dxa"/>
            <w:vAlign w:val="center"/>
          </w:tcPr>
          <w:p w14:paraId="60B5C6DD" w14:textId="77777777" w:rsidR="00835692" w:rsidRDefault="00325523">
            <w:pPr>
              <w:spacing w:after="0"/>
            </w:pPr>
            <w:r>
              <w:rPr>
                <w:rFonts w:ascii="Arial" w:eastAsia="Arial" w:hAnsi="Arial" w:cs="Noto Sans CJK SC"/>
                <w:color w:val="1F2937"/>
                <w:sz w:val="18"/>
              </w:rPr>
              <w:t>□ Yes □ No</w:t>
            </w:r>
          </w:p>
        </w:tc>
      </w:tr>
      <w:tr w:rsidR="00835692" w14:paraId="7D8A473C" w14:textId="77777777">
        <w:trPr>
          <w:cantSplit/>
          <w:jc w:val="center"/>
        </w:trPr>
        <w:tc>
          <w:tcPr>
            <w:tcW w:w="2381" w:type="dxa"/>
            <w:shd w:val="clear" w:color="auto" w:fill="EAF2F8"/>
            <w:vAlign w:val="center"/>
          </w:tcPr>
          <w:p w14:paraId="2BF94E97" w14:textId="77777777" w:rsidR="00835692" w:rsidRDefault="00325523">
            <w:pPr>
              <w:spacing w:after="0"/>
            </w:pPr>
            <w:r>
              <w:rPr>
                <w:rFonts w:ascii="Arial" w:eastAsia="Arial" w:hAnsi="Arial" w:cs="Noto Sans CJK SC"/>
                <w:b/>
                <w:color w:val="1F2937"/>
                <w:sz w:val="18"/>
              </w:rPr>
              <w:t>Is anti-static required?</w:t>
            </w:r>
          </w:p>
        </w:tc>
        <w:tc>
          <w:tcPr>
            <w:tcW w:w="6690" w:type="dxa"/>
            <w:vAlign w:val="center"/>
          </w:tcPr>
          <w:p w14:paraId="1648AFBB" w14:textId="77777777" w:rsidR="00835692" w:rsidRDefault="00325523">
            <w:pPr>
              <w:spacing w:after="0"/>
            </w:pPr>
            <w:r>
              <w:rPr>
                <w:rFonts w:ascii="Arial" w:eastAsia="Arial" w:hAnsi="Arial" w:cs="Noto Sans CJK SC"/>
                <w:color w:val="1F2937"/>
                <w:sz w:val="18"/>
              </w:rPr>
              <w:t>□ Yes □ No</w:t>
            </w:r>
          </w:p>
        </w:tc>
      </w:tr>
      <w:tr w:rsidR="00835692" w14:paraId="588F0388" w14:textId="77777777">
        <w:trPr>
          <w:cantSplit/>
          <w:jc w:val="center"/>
        </w:trPr>
        <w:tc>
          <w:tcPr>
            <w:tcW w:w="2381" w:type="dxa"/>
            <w:shd w:val="clear" w:color="auto" w:fill="EAF2F8"/>
            <w:vAlign w:val="center"/>
          </w:tcPr>
          <w:p w14:paraId="3CDBD2BE" w14:textId="77777777" w:rsidR="00835692" w:rsidRDefault="00325523">
            <w:pPr>
              <w:spacing w:after="0"/>
              <w:rPr>
                <w:lang w:eastAsia="zh-CN"/>
              </w:rPr>
            </w:pPr>
            <w:r>
              <w:rPr>
                <w:rFonts w:ascii="Arial" w:eastAsia="Arial" w:hAnsi="Arial" w:cs="Noto Sans CJK SC"/>
                <w:b/>
                <w:color w:val="1F2937"/>
                <w:sz w:val="18"/>
              </w:rPr>
              <w:t>Do you need anti-scratch and anti-indentation protection?</w:t>
            </w:r>
          </w:p>
        </w:tc>
        <w:tc>
          <w:tcPr>
            <w:tcW w:w="6690" w:type="dxa"/>
            <w:vAlign w:val="center"/>
          </w:tcPr>
          <w:p w14:paraId="583085EF" w14:textId="77777777" w:rsidR="00835692" w:rsidRDefault="00325523">
            <w:pPr>
              <w:spacing w:after="0"/>
            </w:pPr>
            <w:r>
              <w:rPr>
                <w:rFonts w:ascii="Arial" w:eastAsia="Arial" w:hAnsi="Arial" w:cs="Noto Sans CJK SC"/>
                <w:color w:val="1F2937"/>
                <w:sz w:val="18"/>
              </w:rPr>
              <w:t>□ Yes □ No</w:t>
            </w:r>
          </w:p>
        </w:tc>
      </w:tr>
      <w:tr w:rsidR="00835692" w14:paraId="04FFDB37" w14:textId="77777777">
        <w:trPr>
          <w:cantSplit/>
          <w:jc w:val="center"/>
        </w:trPr>
        <w:tc>
          <w:tcPr>
            <w:tcW w:w="2381" w:type="dxa"/>
            <w:shd w:val="clear" w:color="auto" w:fill="EAF2F8"/>
            <w:vAlign w:val="center"/>
          </w:tcPr>
          <w:p w14:paraId="01874CDB" w14:textId="77777777" w:rsidR="00835692" w:rsidRDefault="00325523">
            <w:pPr>
              <w:spacing w:after="0"/>
              <w:rPr>
                <w:lang w:eastAsia="zh-CN"/>
              </w:rPr>
            </w:pPr>
            <w:r>
              <w:rPr>
                <w:rFonts w:ascii="Arial" w:eastAsia="Arial" w:hAnsi="Arial" w:cs="Noto Sans CJK SC"/>
                <w:b/>
                <w:color w:val="1F2937"/>
                <w:sz w:val="18"/>
              </w:rPr>
              <w:t>Do pedestrians and vehicles share the operating area?</w:t>
            </w:r>
          </w:p>
        </w:tc>
        <w:tc>
          <w:tcPr>
            <w:tcW w:w="6690" w:type="dxa"/>
            <w:vAlign w:val="center"/>
          </w:tcPr>
          <w:p w14:paraId="3E9C15DF" w14:textId="77777777" w:rsidR="00835692" w:rsidRDefault="00325523">
            <w:pPr>
              <w:spacing w:after="0"/>
            </w:pPr>
            <w:r>
              <w:rPr>
                <w:rFonts w:ascii="Arial" w:eastAsia="Arial" w:hAnsi="Arial" w:cs="Noto Sans CJK SC"/>
                <w:color w:val="1F2937"/>
                <w:sz w:val="18"/>
              </w:rPr>
              <w:t>□ Yes □ No</w:t>
            </w:r>
          </w:p>
        </w:tc>
      </w:tr>
      <w:tr w:rsidR="00835692" w14:paraId="192DD557" w14:textId="77777777">
        <w:trPr>
          <w:cantSplit/>
          <w:jc w:val="center"/>
        </w:trPr>
        <w:tc>
          <w:tcPr>
            <w:tcW w:w="2381" w:type="dxa"/>
            <w:shd w:val="clear" w:color="auto" w:fill="EAF2F8"/>
            <w:vAlign w:val="center"/>
          </w:tcPr>
          <w:p w14:paraId="66898BB2" w14:textId="77777777" w:rsidR="00835692" w:rsidRDefault="00325523">
            <w:pPr>
              <w:spacing w:after="0"/>
              <w:rPr>
                <w:lang w:eastAsia="zh-CN"/>
              </w:rPr>
            </w:pPr>
            <w:r>
              <w:rPr>
                <w:rFonts w:ascii="Arial" w:eastAsia="Arial" w:hAnsi="Arial" w:cs="Noto Sans CJK SC"/>
                <w:b/>
                <w:color w:val="1F2937"/>
                <w:sz w:val="18"/>
              </w:rPr>
              <w:t>Are safety fences or warning signs required?</w:t>
            </w:r>
          </w:p>
        </w:tc>
        <w:tc>
          <w:tcPr>
            <w:tcW w:w="6690" w:type="dxa"/>
            <w:vAlign w:val="center"/>
          </w:tcPr>
          <w:p w14:paraId="45C106C7" w14:textId="77777777" w:rsidR="00835692" w:rsidRDefault="00325523">
            <w:pPr>
              <w:spacing w:after="0"/>
            </w:pPr>
            <w:r>
              <w:rPr>
                <w:rFonts w:ascii="Arial" w:eastAsia="Arial" w:hAnsi="Arial" w:cs="Noto Sans CJK SC"/>
                <w:color w:val="1F2937"/>
                <w:sz w:val="18"/>
              </w:rPr>
              <w:t>□ Yes □ No</w:t>
            </w:r>
          </w:p>
        </w:tc>
      </w:tr>
    </w:tbl>
    <w:p w14:paraId="0E5E244E" w14:textId="77777777" w:rsidR="00835692" w:rsidRDefault="00325523">
      <w:pPr>
        <w:pStyle w:val="1"/>
        <w:spacing w:before="200" w:after="120"/>
      </w:pPr>
      <w:r>
        <w:rPr>
          <w:rFonts w:ascii="Arial" w:eastAsia="Arial" w:hAnsi="Arial" w:cs="Noto Sans CJK SC"/>
          <w:color w:val="1F4E79"/>
        </w:rPr>
        <w:t>9. Tooling Requirements</w:t>
      </w:r>
    </w:p>
    <w:tbl>
      <w:tblPr>
        <w:tblW w:w="0" w:type="auto"/>
        <w:jc w:val="center"/>
        <w:tblBorders>
          <w:top w:val="single" w:sz="6" w:space="0" w:color="B8C6D1"/>
          <w:left w:val="single" w:sz="6" w:space="0" w:color="B8C6D1"/>
          <w:bottom w:val="single" w:sz="6" w:space="0" w:color="B8C6D1"/>
          <w:right w:val="single" w:sz="6" w:space="0" w:color="B8C6D1"/>
          <w:insideH w:val="single" w:sz="6" w:space="0" w:color="B8C6D1"/>
          <w:insideV w:val="single" w:sz="6" w:space="0" w:color="B8C6D1"/>
        </w:tblBorders>
        <w:tblLayout w:type="fixed"/>
        <w:tblLook w:val="04A0" w:firstRow="1" w:lastRow="0" w:firstColumn="1" w:lastColumn="0" w:noHBand="0" w:noVBand="1"/>
      </w:tblPr>
      <w:tblGrid>
        <w:gridCol w:w="4933"/>
        <w:gridCol w:w="6690"/>
      </w:tblGrid>
      <w:tr w:rsidR="00835692" w14:paraId="7E913AD6" w14:textId="77777777">
        <w:trPr>
          <w:tblHeader/>
          <w:jc w:val="center"/>
        </w:trPr>
        <w:tc>
          <w:tcPr>
            <w:tcW w:w="4933" w:type="dxa"/>
            <w:shd w:val="clear" w:color="auto" w:fill="1F4E79"/>
            <w:vAlign w:val="center"/>
          </w:tcPr>
          <w:p w14:paraId="4CA37291" w14:textId="77777777" w:rsidR="00835692" w:rsidRDefault="00325523">
            <w:pPr>
              <w:spacing w:after="0"/>
              <w:jc w:val="center"/>
            </w:pPr>
            <w:r>
              <w:rPr>
                <w:rFonts w:ascii="Arial" w:eastAsia="Arial" w:hAnsi="Arial" w:cs="Noto Sans CJK SC"/>
                <w:b/>
                <w:color w:val="FFFFFF"/>
                <w:sz w:val="19"/>
              </w:rPr>
              <w:t>Confirm items</w:t>
            </w:r>
          </w:p>
        </w:tc>
        <w:tc>
          <w:tcPr>
            <w:tcW w:w="4933" w:type="dxa"/>
            <w:shd w:val="clear" w:color="auto" w:fill="1F4E79"/>
            <w:vAlign w:val="center"/>
          </w:tcPr>
          <w:p w14:paraId="356F014A" w14:textId="77777777" w:rsidR="00835692" w:rsidRDefault="00325523">
            <w:pPr>
              <w:spacing w:after="0"/>
              <w:jc w:val="center"/>
            </w:pPr>
            <w:r>
              <w:rPr>
                <w:rFonts w:ascii="Arial" w:eastAsia="Arial" w:hAnsi="Arial" w:cs="Noto Sans CJK SC"/>
                <w:b/>
                <w:color w:val="FFFFFF"/>
                <w:sz w:val="19"/>
              </w:rPr>
              <w:t>Fill in the content</w:t>
            </w:r>
          </w:p>
        </w:tc>
      </w:tr>
      <w:tr w:rsidR="00835692" w14:paraId="501E14DB" w14:textId="77777777">
        <w:trPr>
          <w:cantSplit/>
          <w:jc w:val="center"/>
        </w:trPr>
        <w:tc>
          <w:tcPr>
            <w:tcW w:w="2381" w:type="dxa"/>
            <w:shd w:val="clear" w:color="auto" w:fill="EAF2F8"/>
            <w:vAlign w:val="center"/>
          </w:tcPr>
          <w:p w14:paraId="248B2479" w14:textId="77777777" w:rsidR="00835692" w:rsidRDefault="00325523">
            <w:pPr>
              <w:spacing w:after="0"/>
            </w:pPr>
            <w:r>
              <w:rPr>
                <w:rFonts w:ascii="Arial" w:eastAsia="Arial" w:hAnsi="Arial" w:cs="Noto Sans CJK SC"/>
                <w:b/>
                <w:color w:val="1F2937"/>
                <w:sz w:val="18"/>
              </w:rPr>
              <w:t>Recommended Tooling Type</w:t>
            </w:r>
          </w:p>
        </w:tc>
        <w:tc>
          <w:tcPr>
            <w:tcW w:w="6690" w:type="dxa"/>
            <w:vAlign w:val="center"/>
          </w:tcPr>
          <w:p w14:paraId="0902EBD6" w14:textId="77777777" w:rsidR="00835692" w:rsidRDefault="00325523">
            <w:pPr>
              <w:spacing w:after="0"/>
              <w:rPr>
                <w:lang w:eastAsia="zh-CN"/>
              </w:rPr>
            </w:pPr>
            <w:r>
              <w:rPr>
                <w:rFonts w:ascii="Arial" w:eastAsia="Arial" w:hAnsi="Arial" w:cs="Noto Sans CJK SC"/>
                <w:color w:val="1F2937"/>
                <w:sz w:val="18"/>
              </w:rPr>
              <w:t>□ Vacuum cups □ Gripper □ Hook □ Internal-expansion gripper □ Magnetic gripper □ Custom</w:t>
            </w:r>
          </w:p>
        </w:tc>
      </w:tr>
      <w:tr w:rsidR="00835692" w14:paraId="491B7720" w14:textId="77777777">
        <w:trPr>
          <w:cantSplit/>
          <w:jc w:val="center"/>
        </w:trPr>
        <w:tc>
          <w:tcPr>
            <w:tcW w:w="2381" w:type="dxa"/>
            <w:shd w:val="clear" w:color="auto" w:fill="EAF2F8"/>
            <w:vAlign w:val="center"/>
          </w:tcPr>
          <w:p w14:paraId="2D130487" w14:textId="77777777" w:rsidR="00835692" w:rsidRDefault="00325523">
            <w:pPr>
              <w:spacing w:after="0"/>
            </w:pPr>
            <w:r>
              <w:rPr>
                <w:rFonts w:ascii="Arial" w:eastAsia="Arial" w:hAnsi="Arial" w:cs="Noto Sans CJK SC"/>
                <w:b/>
                <w:color w:val="1F2937"/>
                <w:sz w:val="18"/>
              </w:rPr>
              <w:t>Is quick-change tooling required?</w:t>
            </w:r>
          </w:p>
        </w:tc>
        <w:tc>
          <w:tcPr>
            <w:tcW w:w="6690" w:type="dxa"/>
            <w:vAlign w:val="center"/>
          </w:tcPr>
          <w:p w14:paraId="4DA18942" w14:textId="77777777" w:rsidR="00835692" w:rsidRDefault="00325523">
            <w:pPr>
              <w:spacing w:after="0"/>
            </w:pPr>
            <w:r>
              <w:rPr>
                <w:rFonts w:ascii="Arial" w:eastAsia="Arial" w:hAnsi="Arial" w:cs="Noto Sans CJK SC"/>
                <w:color w:val="1F2937"/>
                <w:sz w:val="18"/>
              </w:rPr>
              <w:t>□ Yes □ No</w:t>
            </w:r>
          </w:p>
        </w:tc>
      </w:tr>
      <w:tr w:rsidR="00835692" w14:paraId="5DAC320D" w14:textId="77777777">
        <w:trPr>
          <w:cantSplit/>
          <w:jc w:val="center"/>
        </w:trPr>
        <w:tc>
          <w:tcPr>
            <w:tcW w:w="2381" w:type="dxa"/>
            <w:shd w:val="clear" w:color="auto" w:fill="EAF2F8"/>
            <w:vAlign w:val="center"/>
          </w:tcPr>
          <w:p w14:paraId="3DB5F1C6" w14:textId="77777777" w:rsidR="00835692" w:rsidRDefault="00325523">
            <w:pPr>
              <w:spacing w:after="0"/>
            </w:pPr>
            <w:r>
              <w:rPr>
                <w:rFonts w:ascii="Arial" w:eastAsia="Arial" w:hAnsi="Arial" w:cs="Noto Sans CJK SC"/>
                <w:b/>
                <w:color w:val="1F2937"/>
                <w:sz w:val="18"/>
              </w:rPr>
              <w:t>Is a flipping mechanism required?</w:t>
            </w:r>
          </w:p>
        </w:tc>
        <w:tc>
          <w:tcPr>
            <w:tcW w:w="6690" w:type="dxa"/>
            <w:vAlign w:val="center"/>
          </w:tcPr>
          <w:p w14:paraId="08090908" w14:textId="77777777" w:rsidR="00835692" w:rsidRDefault="00325523">
            <w:pPr>
              <w:spacing w:after="0"/>
            </w:pPr>
            <w:r>
              <w:rPr>
                <w:rFonts w:ascii="Arial" w:eastAsia="Arial" w:hAnsi="Arial" w:cs="Noto Sans CJK SC"/>
                <w:color w:val="1F2937"/>
                <w:sz w:val="18"/>
              </w:rPr>
              <w:t>□ Yes □ No</w:t>
            </w:r>
          </w:p>
        </w:tc>
      </w:tr>
      <w:tr w:rsidR="00835692" w14:paraId="2BBC8690" w14:textId="77777777">
        <w:trPr>
          <w:cantSplit/>
          <w:jc w:val="center"/>
        </w:trPr>
        <w:tc>
          <w:tcPr>
            <w:tcW w:w="2381" w:type="dxa"/>
            <w:shd w:val="clear" w:color="auto" w:fill="EAF2F8"/>
            <w:vAlign w:val="center"/>
          </w:tcPr>
          <w:p w14:paraId="3208F4C4" w14:textId="77777777" w:rsidR="00835692" w:rsidRDefault="00325523">
            <w:pPr>
              <w:spacing w:after="0"/>
            </w:pPr>
            <w:r>
              <w:rPr>
                <w:rFonts w:ascii="Arial" w:eastAsia="Arial" w:hAnsi="Arial" w:cs="Noto Sans CJK SC"/>
                <w:b/>
                <w:color w:val="1F2937"/>
                <w:sz w:val="18"/>
              </w:rPr>
              <w:t>Do you need anti-drop protection?</w:t>
            </w:r>
          </w:p>
        </w:tc>
        <w:tc>
          <w:tcPr>
            <w:tcW w:w="6690" w:type="dxa"/>
            <w:vAlign w:val="center"/>
          </w:tcPr>
          <w:p w14:paraId="1CA2C717" w14:textId="77777777" w:rsidR="00835692" w:rsidRDefault="00325523">
            <w:pPr>
              <w:spacing w:after="0"/>
            </w:pPr>
            <w:r>
              <w:rPr>
                <w:rFonts w:ascii="Arial" w:eastAsia="Arial" w:hAnsi="Arial" w:cs="Noto Sans CJK SC"/>
                <w:color w:val="1F2937"/>
                <w:sz w:val="18"/>
              </w:rPr>
              <w:t>□ Yes □ No</w:t>
            </w:r>
          </w:p>
        </w:tc>
      </w:tr>
      <w:tr w:rsidR="00835692" w14:paraId="2103B2A4" w14:textId="77777777">
        <w:trPr>
          <w:cantSplit/>
          <w:jc w:val="center"/>
        </w:trPr>
        <w:tc>
          <w:tcPr>
            <w:tcW w:w="2381" w:type="dxa"/>
            <w:shd w:val="clear" w:color="auto" w:fill="EAF2F8"/>
            <w:vAlign w:val="center"/>
          </w:tcPr>
          <w:p w14:paraId="7A83078B" w14:textId="77777777" w:rsidR="00835692" w:rsidRDefault="00325523">
            <w:pPr>
              <w:spacing w:after="0"/>
            </w:pPr>
            <w:r>
              <w:rPr>
                <w:rFonts w:ascii="Arial" w:eastAsia="Arial" w:hAnsi="Arial" w:cs="Noto Sans CJK SC"/>
                <w:b/>
                <w:color w:val="1F2937"/>
                <w:sz w:val="18"/>
              </w:rPr>
              <w:t>Is loss-of-air protection required?</w:t>
            </w:r>
          </w:p>
        </w:tc>
        <w:tc>
          <w:tcPr>
            <w:tcW w:w="6690" w:type="dxa"/>
            <w:vAlign w:val="center"/>
          </w:tcPr>
          <w:p w14:paraId="0FC55968" w14:textId="77777777" w:rsidR="00835692" w:rsidRDefault="00325523">
            <w:pPr>
              <w:spacing w:after="0"/>
            </w:pPr>
            <w:r>
              <w:rPr>
                <w:rFonts w:ascii="Arial" w:eastAsia="Arial" w:hAnsi="Arial" w:cs="Noto Sans CJK SC"/>
                <w:color w:val="1F2937"/>
                <w:sz w:val="18"/>
              </w:rPr>
              <w:t>□ Yes □ No</w:t>
            </w:r>
          </w:p>
        </w:tc>
      </w:tr>
      <w:tr w:rsidR="00835692" w14:paraId="585E1A0A" w14:textId="77777777">
        <w:trPr>
          <w:cantSplit/>
          <w:jc w:val="center"/>
        </w:trPr>
        <w:tc>
          <w:tcPr>
            <w:tcW w:w="2381" w:type="dxa"/>
            <w:shd w:val="clear" w:color="auto" w:fill="EAF2F8"/>
            <w:vAlign w:val="center"/>
          </w:tcPr>
          <w:p w14:paraId="25E8F879" w14:textId="77777777" w:rsidR="00835692" w:rsidRDefault="00325523">
            <w:pPr>
              <w:spacing w:after="0"/>
              <w:rPr>
                <w:lang w:eastAsia="zh-CN"/>
              </w:rPr>
            </w:pPr>
            <w:r>
              <w:rPr>
                <w:rFonts w:ascii="Arial" w:eastAsia="Arial" w:hAnsi="Arial" w:cs="Noto Sans CJK SC"/>
                <w:b/>
                <w:color w:val="1F2937"/>
                <w:sz w:val="18"/>
              </w:rPr>
              <w:lastRenderedPageBreak/>
              <w:t>Are locating pins or guide structures required?</w:t>
            </w:r>
          </w:p>
        </w:tc>
        <w:tc>
          <w:tcPr>
            <w:tcW w:w="6690" w:type="dxa"/>
            <w:vAlign w:val="center"/>
          </w:tcPr>
          <w:p w14:paraId="75910AF4" w14:textId="77777777" w:rsidR="00835692" w:rsidRDefault="00325523">
            <w:pPr>
              <w:spacing w:after="0"/>
            </w:pPr>
            <w:r>
              <w:rPr>
                <w:rFonts w:ascii="Arial" w:eastAsia="Arial" w:hAnsi="Arial" w:cs="Noto Sans CJK SC"/>
                <w:color w:val="1F2937"/>
                <w:sz w:val="18"/>
              </w:rPr>
              <w:t>□ Yes □ No</w:t>
            </w:r>
          </w:p>
        </w:tc>
      </w:tr>
      <w:tr w:rsidR="00835692" w14:paraId="6C1946B3" w14:textId="77777777">
        <w:trPr>
          <w:cantSplit/>
          <w:jc w:val="center"/>
        </w:trPr>
        <w:tc>
          <w:tcPr>
            <w:tcW w:w="2381" w:type="dxa"/>
            <w:shd w:val="clear" w:color="auto" w:fill="EAF2F8"/>
            <w:vAlign w:val="center"/>
          </w:tcPr>
          <w:p w14:paraId="2D19E4F3" w14:textId="77777777" w:rsidR="00835692" w:rsidRDefault="00325523">
            <w:pPr>
              <w:spacing w:after="0"/>
              <w:rPr>
                <w:lang w:eastAsia="zh-CN"/>
              </w:rPr>
            </w:pPr>
            <w:r>
              <w:rPr>
                <w:rFonts w:ascii="Arial" w:eastAsia="Arial" w:hAnsi="Arial" w:cs="Noto Sans CJK SC"/>
                <w:b/>
                <w:color w:val="1F2937"/>
                <w:sz w:val="18"/>
              </w:rPr>
              <w:t>Are indentations permitted on the workpiece contact surface?</w:t>
            </w:r>
          </w:p>
        </w:tc>
        <w:tc>
          <w:tcPr>
            <w:tcW w:w="6690" w:type="dxa"/>
            <w:vAlign w:val="center"/>
          </w:tcPr>
          <w:p w14:paraId="557106A8" w14:textId="77777777" w:rsidR="00835692" w:rsidRDefault="00325523">
            <w:pPr>
              <w:spacing w:after="0"/>
            </w:pPr>
            <w:r>
              <w:rPr>
                <w:rFonts w:ascii="Arial" w:eastAsia="Arial" w:hAnsi="Arial" w:cs="Noto Sans CJK SC"/>
                <w:color w:val="1F2937"/>
                <w:sz w:val="18"/>
              </w:rPr>
              <w:t>□ Yes □ No</w:t>
            </w:r>
          </w:p>
        </w:tc>
      </w:tr>
    </w:tbl>
    <w:p w14:paraId="20BA41E8" w14:textId="77777777" w:rsidR="00835692" w:rsidRDefault="00325523">
      <w:pPr>
        <w:pStyle w:val="1"/>
        <w:spacing w:before="200" w:after="120"/>
      </w:pPr>
      <w:r>
        <w:rPr>
          <w:rFonts w:ascii="Arial" w:eastAsia="Arial" w:hAnsi="Arial" w:cs="Noto Sans CJK SC"/>
          <w:color w:val="1F4E79"/>
        </w:rPr>
        <w:t>10. On-site photo requirements</w:t>
      </w:r>
    </w:p>
    <w:tbl>
      <w:tblPr>
        <w:tblW w:w="0" w:type="auto"/>
        <w:jc w:val="center"/>
        <w:tblBorders>
          <w:top w:val="single" w:sz="4" w:space="0" w:color="D6DEE6"/>
          <w:left w:val="single" w:sz="4" w:space="0" w:color="D6DEE6"/>
          <w:bottom w:val="single" w:sz="4" w:space="0" w:color="D6DEE6"/>
          <w:right w:val="single" w:sz="4" w:space="0" w:color="D6DEE6"/>
          <w:insideH w:val="single" w:sz="4" w:space="0" w:color="D6DEE6"/>
          <w:insideV w:val="single" w:sz="4" w:space="0" w:color="D6DEE6"/>
        </w:tblBorders>
        <w:tblLayout w:type="fixed"/>
        <w:tblLook w:val="04A0" w:firstRow="1" w:lastRow="0" w:firstColumn="1" w:lastColumn="0" w:noHBand="0" w:noVBand="1"/>
      </w:tblPr>
      <w:tblGrid>
        <w:gridCol w:w="9866"/>
      </w:tblGrid>
      <w:tr w:rsidR="00835692" w14:paraId="3CB90C37" w14:textId="77777777">
        <w:trPr>
          <w:jc w:val="center"/>
        </w:trPr>
        <w:tc>
          <w:tcPr>
            <w:tcW w:w="9866" w:type="dxa"/>
            <w:shd w:val="clear" w:color="auto" w:fill="F7FAFC"/>
            <w:vAlign w:val="center"/>
          </w:tcPr>
          <w:p w14:paraId="247F24F2" w14:textId="77777777" w:rsidR="00835692" w:rsidRDefault="00325523">
            <w:pPr>
              <w:spacing w:after="0"/>
              <w:ind w:left="57" w:right="57"/>
              <w:rPr>
                <w:lang w:eastAsia="zh-CN"/>
              </w:rPr>
            </w:pPr>
            <w:r>
              <w:rPr>
                <w:rFonts w:ascii="Arial" w:eastAsia="Arial" w:hAnsi="Arial" w:cs="Noto Sans CJK SC"/>
                <w:color w:val="4B5563"/>
                <w:sz w:val="18"/>
              </w:rPr>
              <w:t>The customer should provide at least the photographs listed below. Photographs should show the workpiece, workstation, pickup and placement positions, installation foundation, overhead space, air-supply connection, and site access route. Simple dimensions or a site sketch will improve the accuracy of concept evaluation.</w:t>
            </w:r>
          </w:p>
        </w:tc>
      </w:tr>
    </w:tbl>
    <w:p w14:paraId="22166B94" w14:textId="77777777" w:rsidR="00835692" w:rsidRDefault="00835692">
      <w:pPr>
        <w:rPr>
          <w:lang w:eastAsia="zh-CN"/>
        </w:rPr>
      </w:pPr>
    </w:p>
    <w:tbl>
      <w:tblPr>
        <w:tblW w:w="0" w:type="auto"/>
        <w:jc w:val="center"/>
        <w:tblBorders>
          <w:top w:val="single" w:sz="6" w:space="0" w:color="B8C6D1"/>
          <w:left w:val="single" w:sz="6" w:space="0" w:color="B8C6D1"/>
          <w:bottom w:val="single" w:sz="6" w:space="0" w:color="B8C6D1"/>
          <w:right w:val="single" w:sz="6" w:space="0" w:color="B8C6D1"/>
          <w:insideH w:val="single" w:sz="6" w:space="0" w:color="B8C6D1"/>
          <w:insideV w:val="single" w:sz="6" w:space="0" w:color="B8C6D1"/>
        </w:tblBorders>
        <w:tblLayout w:type="fixed"/>
        <w:tblLook w:val="04A0" w:firstRow="1" w:lastRow="0" w:firstColumn="1" w:lastColumn="0" w:noHBand="0" w:noVBand="1"/>
      </w:tblPr>
      <w:tblGrid>
        <w:gridCol w:w="850"/>
        <w:gridCol w:w="4706"/>
        <w:gridCol w:w="1587"/>
        <w:gridCol w:w="1927"/>
      </w:tblGrid>
      <w:tr w:rsidR="00835692" w14:paraId="57FEA6C9" w14:textId="77777777">
        <w:trPr>
          <w:tblHeader/>
          <w:jc w:val="center"/>
        </w:trPr>
        <w:tc>
          <w:tcPr>
            <w:tcW w:w="850" w:type="dxa"/>
            <w:shd w:val="clear" w:color="auto" w:fill="1F4E79"/>
            <w:vAlign w:val="center"/>
          </w:tcPr>
          <w:p w14:paraId="5129DF30" w14:textId="77777777" w:rsidR="00835692" w:rsidRDefault="00325523">
            <w:pPr>
              <w:spacing w:after="0"/>
              <w:jc w:val="center"/>
            </w:pPr>
            <w:r>
              <w:rPr>
                <w:rFonts w:ascii="Arial" w:eastAsia="Arial" w:hAnsi="Arial" w:cs="Noto Sans CJK SC"/>
                <w:b/>
                <w:color w:val="FFFFFF"/>
                <w:sz w:val="18"/>
              </w:rPr>
              <w:t>serial number</w:t>
            </w:r>
          </w:p>
        </w:tc>
        <w:tc>
          <w:tcPr>
            <w:tcW w:w="4706" w:type="dxa"/>
            <w:shd w:val="clear" w:color="auto" w:fill="1F4E79"/>
            <w:vAlign w:val="center"/>
          </w:tcPr>
          <w:p w14:paraId="4E6406C8" w14:textId="77777777" w:rsidR="00835692" w:rsidRDefault="00325523">
            <w:pPr>
              <w:spacing w:after="0"/>
              <w:jc w:val="center"/>
            </w:pPr>
            <w:r>
              <w:rPr>
                <w:rFonts w:ascii="Arial" w:eastAsia="Arial" w:hAnsi="Arial" w:cs="Noto Sans CJK SC"/>
                <w:b/>
                <w:color w:val="FFFFFF"/>
                <w:sz w:val="18"/>
              </w:rPr>
              <w:t>Photo content</w:t>
            </w:r>
          </w:p>
        </w:tc>
        <w:tc>
          <w:tcPr>
            <w:tcW w:w="1587" w:type="dxa"/>
            <w:shd w:val="clear" w:color="auto" w:fill="1F4E79"/>
            <w:vAlign w:val="center"/>
          </w:tcPr>
          <w:p w14:paraId="6E651865" w14:textId="77777777" w:rsidR="00835692" w:rsidRDefault="00325523">
            <w:pPr>
              <w:spacing w:after="0"/>
              <w:jc w:val="center"/>
            </w:pPr>
            <w:r>
              <w:rPr>
                <w:rFonts w:ascii="Arial" w:eastAsia="Arial" w:hAnsi="Arial" w:cs="Noto Sans CJK SC"/>
                <w:b/>
                <w:color w:val="FFFFFF"/>
                <w:sz w:val="18"/>
              </w:rPr>
              <w:t>Is it provided?</w:t>
            </w:r>
          </w:p>
        </w:tc>
        <w:tc>
          <w:tcPr>
            <w:tcW w:w="1927" w:type="dxa"/>
            <w:shd w:val="clear" w:color="auto" w:fill="1F4E79"/>
            <w:vAlign w:val="center"/>
          </w:tcPr>
          <w:p w14:paraId="3765D08E" w14:textId="77777777" w:rsidR="00835692" w:rsidRDefault="00325523">
            <w:pPr>
              <w:spacing w:after="0"/>
              <w:jc w:val="center"/>
            </w:pPr>
            <w:r>
              <w:rPr>
                <w:rFonts w:ascii="Arial" w:eastAsia="Arial" w:hAnsi="Arial" w:cs="Noto Sans CJK SC"/>
                <w:b/>
                <w:color w:val="FFFFFF"/>
                <w:sz w:val="18"/>
              </w:rPr>
              <w:t>Remarks</w:t>
            </w:r>
          </w:p>
        </w:tc>
      </w:tr>
      <w:tr w:rsidR="00835692" w14:paraId="7ACF2632" w14:textId="77777777">
        <w:trPr>
          <w:cantSplit/>
          <w:jc w:val="center"/>
        </w:trPr>
        <w:tc>
          <w:tcPr>
            <w:tcW w:w="850" w:type="dxa"/>
            <w:vAlign w:val="center"/>
          </w:tcPr>
          <w:p w14:paraId="5F5146A2" w14:textId="77777777" w:rsidR="00835692" w:rsidRDefault="00325523">
            <w:pPr>
              <w:spacing w:after="0"/>
              <w:jc w:val="center"/>
            </w:pPr>
            <w:r>
              <w:rPr>
                <w:rFonts w:cs="Noto Sans CJK SC"/>
                <w:color w:val="1F2937"/>
                <w:sz w:val="17"/>
              </w:rPr>
              <w:t>1</w:t>
            </w:r>
          </w:p>
        </w:tc>
        <w:tc>
          <w:tcPr>
            <w:tcW w:w="4706" w:type="dxa"/>
            <w:vAlign w:val="center"/>
          </w:tcPr>
          <w:p w14:paraId="4C0F97FB" w14:textId="77777777" w:rsidR="00835692" w:rsidRDefault="00325523">
            <w:pPr>
              <w:spacing w:after="0"/>
            </w:pPr>
            <w:r>
              <w:rPr>
                <w:rFonts w:ascii="Arial" w:eastAsia="Arial" w:hAnsi="Arial" w:cs="Noto Sans CJK SC"/>
                <w:color w:val="1F2937"/>
                <w:sz w:val="17"/>
              </w:rPr>
              <w:t>Overall View of Workpiece</w:t>
            </w:r>
          </w:p>
        </w:tc>
        <w:tc>
          <w:tcPr>
            <w:tcW w:w="1587" w:type="dxa"/>
            <w:vAlign w:val="center"/>
          </w:tcPr>
          <w:p w14:paraId="0D465DF1" w14:textId="77777777" w:rsidR="00835692" w:rsidRDefault="00325523">
            <w:pPr>
              <w:spacing w:after="0"/>
              <w:jc w:val="center"/>
            </w:pPr>
            <w:r>
              <w:rPr>
                <w:rFonts w:ascii="Arial" w:eastAsia="Arial" w:hAnsi="Arial" w:cs="Noto Sans CJK SC"/>
                <w:color w:val="1F2937"/>
                <w:sz w:val="17"/>
              </w:rPr>
              <w:t>□ Yes □ No</w:t>
            </w:r>
          </w:p>
        </w:tc>
        <w:tc>
          <w:tcPr>
            <w:tcW w:w="1927" w:type="dxa"/>
            <w:vAlign w:val="center"/>
          </w:tcPr>
          <w:p w14:paraId="5F8E8D4A" w14:textId="77777777" w:rsidR="00835692" w:rsidRDefault="00835692">
            <w:pPr>
              <w:spacing w:after="0"/>
            </w:pPr>
          </w:p>
        </w:tc>
      </w:tr>
      <w:tr w:rsidR="00835692" w14:paraId="2D53E2C4" w14:textId="77777777">
        <w:trPr>
          <w:cantSplit/>
          <w:jc w:val="center"/>
        </w:trPr>
        <w:tc>
          <w:tcPr>
            <w:tcW w:w="850" w:type="dxa"/>
            <w:vAlign w:val="center"/>
          </w:tcPr>
          <w:p w14:paraId="77F955F4" w14:textId="77777777" w:rsidR="00835692" w:rsidRDefault="00325523">
            <w:pPr>
              <w:spacing w:after="0"/>
              <w:jc w:val="center"/>
            </w:pPr>
            <w:r>
              <w:rPr>
                <w:rFonts w:cs="Noto Sans CJK SC"/>
                <w:color w:val="1F2937"/>
                <w:sz w:val="17"/>
              </w:rPr>
              <w:t>2</w:t>
            </w:r>
          </w:p>
        </w:tc>
        <w:tc>
          <w:tcPr>
            <w:tcW w:w="4706" w:type="dxa"/>
            <w:vAlign w:val="center"/>
          </w:tcPr>
          <w:p w14:paraId="33637358" w14:textId="77777777" w:rsidR="00835692" w:rsidRDefault="00325523">
            <w:pPr>
              <w:spacing w:after="0"/>
            </w:pPr>
            <w:r>
              <w:rPr>
                <w:rFonts w:ascii="Arial" w:eastAsia="Arial" w:hAnsi="Arial" w:cs="Noto Sans CJK SC"/>
                <w:color w:val="1F2937"/>
                <w:sz w:val="17"/>
              </w:rPr>
              <w:t>Workpiece Pickup Location</w:t>
            </w:r>
          </w:p>
        </w:tc>
        <w:tc>
          <w:tcPr>
            <w:tcW w:w="1587" w:type="dxa"/>
            <w:vAlign w:val="center"/>
          </w:tcPr>
          <w:p w14:paraId="094CBAA2" w14:textId="77777777" w:rsidR="00835692" w:rsidRDefault="00325523">
            <w:pPr>
              <w:spacing w:after="0"/>
              <w:jc w:val="center"/>
            </w:pPr>
            <w:r>
              <w:rPr>
                <w:rFonts w:ascii="Arial" w:eastAsia="Arial" w:hAnsi="Arial" w:cs="Noto Sans CJK SC"/>
                <w:color w:val="1F2937"/>
                <w:sz w:val="17"/>
              </w:rPr>
              <w:t>□ Yes □ No</w:t>
            </w:r>
          </w:p>
        </w:tc>
        <w:tc>
          <w:tcPr>
            <w:tcW w:w="1927" w:type="dxa"/>
            <w:vAlign w:val="center"/>
          </w:tcPr>
          <w:p w14:paraId="5FA08D26" w14:textId="77777777" w:rsidR="00835692" w:rsidRDefault="00835692">
            <w:pPr>
              <w:spacing w:after="0"/>
            </w:pPr>
          </w:p>
        </w:tc>
      </w:tr>
      <w:tr w:rsidR="00835692" w14:paraId="160D3E27" w14:textId="77777777">
        <w:trPr>
          <w:cantSplit/>
          <w:jc w:val="center"/>
        </w:trPr>
        <w:tc>
          <w:tcPr>
            <w:tcW w:w="850" w:type="dxa"/>
            <w:vAlign w:val="center"/>
          </w:tcPr>
          <w:p w14:paraId="062F4BA1" w14:textId="77777777" w:rsidR="00835692" w:rsidRDefault="00325523">
            <w:pPr>
              <w:spacing w:after="0"/>
              <w:jc w:val="center"/>
            </w:pPr>
            <w:r>
              <w:rPr>
                <w:rFonts w:cs="Noto Sans CJK SC"/>
                <w:color w:val="1F2937"/>
                <w:sz w:val="17"/>
              </w:rPr>
              <w:t>3</w:t>
            </w:r>
          </w:p>
        </w:tc>
        <w:tc>
          <w:tcPr>
            <w:tcW w:w="4706" w:type="dxa"/>
            <w:vAlign w:val="center"/>
          </w:tcPr>
          <w:p w14:paraId="5F750B78" w14:textId="77777777" w:rsidR="00835692" w:rsidRDefault="00325523">
            <w:pPr>
              <w:spacing w:after="0"/>
            </w:pPr>
            <w:r>
              <w:rPr>
                <w:rFonts w:ascii="Arial" w:eastAsia="Arial" w:hAnsi="Arial" w:cs="Noto Sans CJK SC"/>
                <w:color w:val="1F2937"/>
                <w:sz w:val="17"/>
              </w:rPr>
              <w:t>Workpiece Placement Location</w:t>
            </w:r>
          </w:p>
        </w:tc>
        <w:tc>
          <w:tcPr>
            <w:tcW w:w="1587" w:type="dxa"/>
            <w:vAlign w:val="center"/>
          </w:tcPr>
          <w:p w14:paraId="2845EC56" w14:textId="77777777" w:rsidR="00835692" w:rsidRDefault="00325523">
            <w:pPr>
              <w:spacing w:after="0"/>
              <w:jc w:val="center"/>
            </w:pPr>
            <w:r>
              <w:rPr>
                <w:rFonts w:ascii="Arial" w:eastAsia="Arial" w:hAnsi="Arial" w:cs="Noto Sans CJK SC"/>
                <w:color w:val="1F2937"/>
                <w:sz w:val="17"/>
              </w:rPr>
              <w:t>□ Yes □ No</w:t>
            </w:r>
          </w:p>
        </w:tc>
        <w:tc>
          <w:tcPr>
            <w:tcW w:w="1927" w:type="dxa"/>
            <w:vAlign w:val="center"/>
          </w:tcPr>
          <w:p w14:paraId="1D886EBE" w14:textId="77777777" w:rsidR="00835692" w:rsidRDefault="00835692">
            <w:pPr>
              <w:spacing w:after="0"/>
            </w:pPr>
          </w:p>
        </w:tc>
      </w:tr>
      <w:tr w:rsidR="00835692" w14:paraId="3B4155FB" w14:textId="77777777">
        <w:trPr>
          <w:cantSplit/>
          <w:jc w:val="center"/>
        </w:trPr>
        <w:tc>
          <w:tcPr>
            <w:tcW w:w="850" w:type="dxa"/>
            <w:vAlign w:val="center"/>
          </w:tcPr>
          <w:p w14:paraId="15160A74" w14:textId="77777777" w:rsidR="00835692" w:rsidRDefault="00325523">
            <w:pPr>
              <w:spacing w:after="0"/>
              <w:jc w:val="center"/>
            </w:pPr>
            <w:r>
              <w:rPr>
                <w:rFonts w:cs="Noto Sans CJK SC"/>
                <w:color w:val="1F2937"/>
                <w:sz w:val="17"/>
              </w:rPr>
              <w:t>4</w:t>
            </w:r>
          </w:p>
        </w:tc>
        <w:tc>
          <w:tcPr>
            <w:tcW w:w="4706" w:type="dxa"/>
            <w:vAlign w:val="center"/>
          </w:tcPr>
          <w:p w14:paraId="099BC508" w14:textId="77777777" w:rsidR="00835692" w:rsidRDefault="00325523">
            <w:pPr>
              <w:spacing w:after="0"/>
            </w:pPr>
            <w:r>
              <w:rPr>
                <w:rFonts w:ascii="Arial" w:eastAsia="Arial" w:hAnsi="Arial" w:cs="Noto Sans CJK SC"/>
                <w:color w:val="1F2937"/>
                <w:sz w:val="17"/>
              </w:rPr>
              <w:t>Wide-Angle View of Workstation</w:t>
            </w:r>
          </w:p>
        </w:tc>
        <w:tc>
          <w:tcPr>
            <w:tcW w:w="1587" w:type="dxa"/>
            <w:vAlign w:val="center"/>
          </w:tcPr>
          <w:p w14:paraId="37E282EC" w14:textId="77777777" w:rsidR="00835692" w:rsidRDefault="00325523">
            <w:pPr>
              <w:spacing w:after="0"/>
              <w:jc w:val="center"/>
            </w:pPr>
            <w:r>
              <w:rPr>
                <w:rFonts w:ascii="Arial" w:eastAsia="Arial" w:hAnsi="Arial" w:cs="Noto Sans CJK SC"/>
                <w:color w:val="1F2937"/>
                <w:sz w:val="17"/>
              </w:rPr>
              <w:t>□ Yes □ No</w:t>
            </w:r>
          </w:p>
        </w:tc>
        <w:tc>
          <w:tcPr>
            <w:tcW w:w="1927" w:type="dxa"/>
            <w:vAlign w:val="center"/>
          </w:tcPr>
          <w:p w14:paraId="07C5685C" w14:textId="77777777" w:rsidR="00835692" w:rsidRDefault="00835692">
            <w:pPr>
              <w:spacing w:after="0"/>
            </w:pPr>
          </w:p>
        </w:tc>
      </w:tr>
      <w:tr w:rsidR="00835692" w14:paraId="5CC93CAD" w14:textId="77777777">
        <w:trPr>
          <w:cantSplit/>
          <w:jc w:val="center"/>
        </w:trPr>
        <w:tc>
          <w:tcPr>
            <w:tcW w:w="850" w:type="dxa"/>
            <w:vAlign w:val="center"/>
          </w:tcPr>
          <w:p w14:paraId="548C5FBD" w14:textId="77777777" w:rsidR="00835692" w:rsidRDefault="00325523">
            <w:pPr>
              <w:spacing w:after="0"/>
              <w:jc w:val="center"/>
            </w:pPr>
            <w:r>
              <w:rPr>
                <w:rFonts w:cs="Noto Sans CJK SC"/>
                <w:color w:val="1F2937"/>
                <w:sz w:val="17"/>
              </w:rPr>
              <w:t>5</w:t>
            </w:r>
          </w:p>
        </w:tc>
        <w:tc>
          <w:tcPr>
            <w:tcW w:w="4706" w:type="dxa"/>
            <w:vAlign w:val="center"/>
          </w:tcPr>
          <w:p w14:paraId="2841C288" w14:textId="77777777" w:rsidR="00835692" w:rsidRDefault="00325523">
            <w:pPr>
              <w:spacing w:after="0"/>
            </w:pPr>
            <w:r>
              <w:rPr>
                <w:rFonts w:ascii="Arial" w:eastAsia="Arial" w:hAnsi="Arial" w:cs="Noto Sans CJK SC"/>
                <w:color w:val="1F2937"/>
                <w:sz w:val="17"/>
              </w:rPr>
              <w:t>Foundation/Floor</w:t>
            </w:r>
          </w:p>
        </w:tc>
        <w:tc>
          <w:tcPr>
            <w:tcW w:w="1587" w:type="dxa"/>
            <w:vAlign w:val="center"/>
          </w:tcPr>
          <w:p w14:paraId="7DD0B252" w14:textId="77777777" w:rsidR="00835692" w:rsidRDefault="00325523">
            <w:pPr>
              <w:spacing w:after="0"/>
              <w:jc w:val="center"/>
            </w:pPr>
            <w:r>
              <w:rPr>
                <w:rFonts w:ascii="Arial" w:eastAsia="Arial" w:hAnsi="Arial" w:cs="Noto Sans CJK SC"/>
                <w:color w:val="1F2937"/>
                <w:sz w:val="17"/>
              </w:rPr>
              <w:t>□ Yes □ No</w:t>
            </w:r>
          </w:p>
        </w:tc>
        <w:tc>
          <w:tcPr>
            <w:tcW w:w="1927" w:type="dxa"/>
            <w:vAlign w:val="center"/>
          </w:tcPr>
          <w:p w14:paraId="4A55E89A" w14:textId="77777777" w:rsidR="00835692" w:rsidRDefault="00835692">
            <w:pPr>
              <w:spacing w:after="0"/>
            </w:pPr>
          </w:p>
        </w:tc>
      </w:tr>
      <w:tr w:rsidR="00835692" w14:paraId="2380677B" w14:textId="77777777">
        <w:trPr>
          <w:cantSplit/>
          <w:jc w:val="center"/>
        </w:trPr>
        <w:tc>
          <w:tcPr>
            <w:tcW w:w="850" w:type="dxa"/>
            <w:vAlign w:val="center"/>
          </w:tcPr>
          <w:p w14:paraId="2F29A5CB" w14:textId="77777777" w:rsidR="00835692" w:rsidRDefault="00325523">
            <w:pPr>
              <w:spacing w:after="0"/>
              <w:jc w:val="center"/>
            </w:pPr>
            <w:r>
              <w:rPr>
                <w:rFonts w:cs="Noto Sans CJK SC"/>
                <w:color w:val="1F2937"/>
                <w:sz w:val="17"/>
              </w:rPr>
              <w:t>6</w:t>
            </w:r>
          </w:p>
        </w:tc>
        <w:tc>
          <w:tcPr>
            <w:tcW w:w="4706" w:type="dxa"/>
            <w:vAlign w:val="center"/>
          </w:tcPr>
          <w:p w14:paraId="6BCA3AA1" w14:textId="77777777" w:rsidR="00835692" w:rsidRDefault="00325523">
            <w:pPr>
              <w:spacing w:after="0"/>
            </w:pPr>
            <w:r>
              <w:rPr>
                <w:rFonts w:ascii="Arial" w:eastAsia="Arial" w:hAnsi="Arial" w:cs="Noto Sans CJK SC"/>
                <w:color w:val="1F2937"/>
                <w:sz w:val="17"/>
              </w:rPr>
              <w:t>Overhead Clearance</w:t>
            </w:r>
          </w:p>
        </w:tc>
        <w:tc>
          <w:tcPr>
            <w:tcW w:w="1587" w:type="dxa"/>
            <w:vAlign w:val="center"/>
          </w:tcPr>
          <w:p w14:paraId="4838232E" w14:textId="77777777" w:rsidR="00835692" w:rsidRDefault="00325523">
            <w:pPr>
              <w:spacing w:after="0"/>
              <w:jc w:val="center"/>
            </w:pPr>
            <w:r>
              <w:rPr>
                <w:rFonts w:ascii="Arial" w:eastAsia="Arial" w:hAnsi="Arial" w:cs="Noto Sans CJK SC"/>
                <w:color w:val="1F2937"/>
                <w:sz w:val="17"/>
              </w:rPr>
              <w:t>□ Yes □ No</w:t>
            </w:r>
          </w:p>
        </w:tc>
        <w:tc>
          <w:tcPr>
            <w:tcW w:w="1927" w:type="dxa"/>
            <w:vAlign w:val="center"/>
          </w:tcPr>
          <w:p w14:paraId="2CAA7CBF" w14:textId="77777777" w:rsidR="00835692" w:rsidRDefault="00835692">
            <w:pPr>
              <w:spacing w:after="0"/>
            </w:pPr>
          </w:p>
        </w:tc>
      </w:tr>
      <w:tr w:rsidR="00835692" w14:paraId="1E0421D8" w14:textId="77777777">
        <w:trPr>
          <w:cantSplit/>
          <w:jc w:val="center"/>
        </w:trPr>
        <w:tc>
          <w:tcPr>
            <w:tcW w:w="850" w:type="dxa"/>
            <w:vAlign w:val="center"/>
          </w:tcPr>
          <w:p w14:paraId="100EA716" w14:textId="77777777" w:rsidR="00835692" w:rsidRDefault="00325523">
            <w:pPr>
              <w:spacing w:after="0"/>
              <w:jc w:val="center"/>
            </w:pPr>
            <w:r>
              <w:rPr>
                <w:rFonts w:cs="Noto Sans CJK SC"/>
                <w:color w:val="1F2937"/>
                <w:sz w:val="17"/>
              </w:rPr>
              <w:t>7</w:t>
            </w:r>
          </w:p>
        </w:tc>
        <w:tc>
          <w:tcPr>
            <w:tcW w:w="4706" w:type="dxa"/>
            <w:vAlign w:val="center"/>
          </w:tcPr>
          <w:p w14:paraId="1D2CC2D2" w14:textId="77777777" w:rsidR="00835692" w:rsidRDefault="00325523">
            <w:pPr>
              <w:spacing w:after="0"/>
            </w:pPr>
            <w:r>
              <w:rPr>
                <w:rFonts w:ascii="Arial" w:eastAsia="Arial" w:hAnsi="Arial" w:cs="Noto Sans CJK SC"/>
                <w:color w:val="1F2937"/>
                <w:sz w:val="17"/>
              </w:rPr>
              <w:t>Surrounding Equipment/Interference</w:t>
            </w:r>
          </w:p>
        </w:tc>
        <w:tc>
          <w:tcPr>
            <w:tcW w:w="1587" w:type="dxa"/>
            <w:vAlign w:val="center"/>
          </w:tcPr>
          <w:p w14:paraId="593AC53C" w14:textId="77777777" w:rsidR="00835692" w:rsidRDefault="00325523">
            <w:pPr>
              <w:spacing w:after="0"/>
              <w:jc w:val="center"/>
            </w:pPr>
            <w:r>
              <w:rPr>
                <w:rFonts w:ascii="Arial" w:eastAsia="Arial" w:hAnsi="Arial" w:cs="Noto Sans CJK SC"/>
                <w:color w:val="1F2937"/>
                <w:sz w:val="17"/>
              </w:rPr>
              <w:t>□ Yes □ No</w:t>
            </w:r>
          </w:p>
        </w:tc>
        <w:tc>
          <w:tcPr>
            <w:tcW w:w="1927" w:type="dxa"/>
            <w:vAlign w:val="center"/>
          </w:tcPr>
          <w:p w14:paraId="3EAD6B8F" w14:textId="77777777" w:rsidR="00835692" w:rsidRDefault="00835692">
            <w:pPr>
              <w:spacing w:after="0"/>
            </w:pPr>
          </w:p>
        </w:tc>
      </w:tr>
      <w:tr w:rsidR="00835692" w14:paraId="30A4B5EE" w14:textId="77777777">
        <w:trPr>
          <w:cantSplit/>
          <w:jc w:val="center"/>
        </w:trPr>
        <w:tc>
          <w:tcPr>
            <w:tcW w:w="850" w:type="dxa"/>
            <w:vAlign w:val="center"/>
          </w:tcPr>
          <w:p w14:paraId="1F932D98" w14:textId="77777777" w:rsidR="00835692" w:rsidRDefault="00325523">
            <w:pPr>
              <w:spacing w:after="0"/>
              <w:jc w:val="center"/>
            </w:pPr>
            <w:r>
              <w:rPr>
                <w:rFonts w:cs="Noto Sans CJK SC"/>
                <w:color w:val="1F2937"/>
                <w:sz w:val="17"/>
              </w:rPr>
              <w:t>8</w:t>
            </w:r>
          </w:p>
        </w:tc>
        <w:tc>
          <w:tcPr>
            <w:tcW w:w="4706" w:type="dxa"/>
            <w:vAlign w:val="center"/>
          </w:tcPr>
          <w:p w14:paraId="6C48D6B0" w14:textId="77777777" w:rsidR="00835692" w:rsidRDefault="00325523">
            <w:pPr>
              <w:spacing w:after="0"/>
            </w:pPr>
            <w:r>
              <w:rPr>
                <w:rFonts w:ascii="Arial" w:eastAsia="Arial" w:hAnsi="Arial" w:cs="Noto Sans CJK SC"/>
                <w:color w:val="1F2937"/>
                <w:sz w:val="17"/>
              </w:rPr>
              <w:t>Air-Supply Connection</w:t>
            </w:r>
          </w:p>
        </w:tc>
        <w:tc>
          <w:tcPr>
            <w:tcW w:w="1587" w:type="dxa"/>
            <w:vAlign w:val="center"/>
          </w:tcPr>
          <w:p w14:paraId="4161202A" w14:textId="77777777" w:rsidR="00835692" w:rsidRDefault="00325523">
            <w:pPr>
              <w:spacing w:after="0"/>
              <w:jc w:val="center"/>
            </w:pPr>
            <w:r>
              <w:rPr>
                <w:rFonts w:ascii="Arial" w:eastAsia="Arial" w:hAnsi="Arial" w:cs="Noto Sans CJK SC"/>
                <w:color w:val="1F2937"/>
                <w:sz w:val="17"/>
              </w:rPr>
              <w:t>□ Yes □ No</w:t>
            </w:r>
          </w:p>
        </w:tc>
        <w:tc>
          <w:tcPr>
            <w:tcW w:w="1927" w:type="dxa"/>
            <w:vAlign w:val="center"/>
          </w:tcPr>
          <w:p w14:paraId="461BB968" w14:textId="77777777" w:rsidR="00835692" w:rsidRDefault="00835692">
            <w:pPr>
              <w:spacing w:after="0"/>
            </w:pPr>
          </w:p>
        </w:tc>
      </w:tr>
      <w:tr w:rsidR="00835692" w14:paraId="66057F97" w14:textId="77777777">
        <w:trPr>
          <w:cantSplit/>
          <w:jc w:val="center"/>
        </w:trPr>
        <w:tc>
          <w:tcPr>
            <w:tcW w:w="850" w:type="dxa"/>
            <w:vAlign w:val="center"/>
          </w:tcPr>
          <w:p w14:paraId="39E43B8F" w14:textId="77777777" w:rsidR="00835692" w:rsidRDefault="00325523">
            <w:pPr>
              <w:spacing w:after="0"/>
              <w:jc w:val="center"/>
            </w:pPr>
            <w:r>
              <w:rPr>
                <w:rFonts w:cs="Noto Sans CJK SC"/>
                <w:color w:val="1F2937"/>
                <w:sz w:val="17"/>
              </w:rPr>
              <w:t>9</w:t>
            </w:r>
          </w:p>
        </w:tc>
        <w:tc>
          <w:tcPr>
            <w:tcW w:w="4706" w:type="dxa"/>
            <w:vAlign w:val="center"/>
          </w:tcPr>
          <w:p w14:paraId="03CDBD76" w14:textId="77777777" w:rsidR="00835692" w:rsidRDefault="00325523">
            <w:pPr>
              <w:spacing w:after="0"/>
            </w:pPr>
            <w:r>
              <w:rPr>
                <w:rFonts w:ascii="Arial" w:eastAsia="Arial" w:hAnsi="Arial" w:cs="Noto Sans CJK SC"/>
                <w:color w:val="1F2937"/>
                <w:sz w:val="17"/>
              </w:rPr>
              <w:t>Site Access Route</w:t>
            </w:r>
          </w:p>
        </w:tc>
        <w:tc>
          <w:tcPr>
            <w:tcW w:w="1587" w:type="dxa"/>
            <w:vAlign w:val="center"/>
          </w:tcPr>
          <w:p w14:paraId="06EA098C" w14:textId="77777777" w:rsidR="00835692" w:rsidRDefault="00325523">
            <w:pPr>
              <w:spacing w:after="0"/>
              <w:jc w:val="center"/>
            </w:pPr>
            <w:r>
              <w:rPr>
                <w:rFonts w:ascii="Arial" w:eastAsia="Arial" w:hAnsi="Arial" w:cs="Noto Sans CJK SC"/>
                <w:color w:val="1F2937"/>
                <w:sz w:val="17"/>
              </w:rPr>
              <w:t>□ Yes □ No</w:t>
            </w:r>
          </w:p>
        </w:tc>
        <w:tc>
          <w:tcPr>
            <w:tcW w:w="1927" w:type="dxa"/>
            <w:vAlign w:val="center"/>
          </w:tcPr>
          <w:p w14:paraId="5B7D03BE" w14:textId="77777777" w:rsidR="00835692" w:rsidRDefault="00835692">
            <w:pPr>
              <w:spacing w:after="0"/>
            </w:pPr>
          </w:p>
        </w:tc>
      </w:tr>
      <w:tr w:rsidR="00835692" w14:paraId="4D71775C" w14:textId="77777777">
        <w:trPr>
          <w:cantSplit/>
          <w:jc w:val="center"/>
        </w:trPr>
        <w:tc>
          <w:tcPr>
            <w:tcW w:w="850" w:type="dxa"/>
            <w:vAlign w:val="center"/>
          </w:tcPr>
          <w:p w14:paraId="7BFCAF73" w14:textId="77777777" w:rsidR="00835692" w:rsidRDefault="00325523">
            <w:pPr>
              <w:spacing w:after="0"/>
              <w:jc w:val="center"/>
            </w:pPr>
            <w:r>
              <w:rPr>
                <w:rFonts w:cs="Noto Sans CJK SC"/>
                <w:color w:val="1F2937"/>
                <w:sz w:val="17"/>
              </w:rPr>
              <w:t>10</w:t>
            </w:r>
          </w:p>
        </w:tc>
        <w:tc>
          <w:tcPr>
            <w:tcW w:w="4706" w:type="dxa"/>
            <w:vAlign w:val="center"/>
          </w:tcPr>
          <w:p w14:paraId="27E3C8B0" w14:textId="77777777" w:rsidR="00835692" w:rsidRDefault="00325523">
            <w:pPr>
              <w:spacing w:after="0"/>
              <w:rPr>
                <w:lang w:eastAsia="zh-CN"/>
              </w:rPr>
            </w:pPr>
            <w:r>
              <w:rPr>
                <w:rFonts w:ascii="Arial" w:eastAsia="Arial" w:hAnsi="Arial" w:cs="Noto Sans CJK SC"/>
                <w:color w:val="1F2937"/>
                <w:sz w:val="17"/>
              </w:rPr>
              <w:t>Dimensioned Photograph/Sketch</w:t>
            </w:r>
          </w:p>
        </w:tc>
        <w:tc>
          <w:tcPr>
            <w:tcW w:w="1587" w:type="dxa"/>
            <w:vAlign w:val="center"/>
          </w:tcPr>
          <w:p w14:paraId="6896CFCB" w14:textId="77777777" w:rsidR="00835692" w:rsidRDefault="00325523">
            <w:pPr>
              <w:spacing w:after="0"/>
              <w:jc w:val="center"/>
            </w:pPr>
            <w:r>
              <w:rPr>
                <w:rFonts w:ascii="Arial" w:eastAsia="Arial" w:hAnsi="Arial" w:cs="Noto Sans CJK SC"/>
                <w:color w:val="1F2937"/>
                <w:sz w:val="17"/>
              </w:rPr>
              <w:t>□ Yes □ No</w:t>
            </w:r>
          </w:p>
        </w:tc>
        <w:tc>
          <w:tcPr>
            <w:tcW w:w="1927" w:type="dxa"/>
            <w:vAlign w:val="center"/>
          </w:tcPr>
          <w:p w14:paraId="7CAE8000" w14:textId="77777777" w:rsidR="00835692" w:rsidRDefault="00835692">
            <w:pPr>
              <w:spacing w:after="0"/>
            </w:pPr>
          </w:p>
        </w:tc>
      </w:tr>
    </w:tbl>
    <w:p w14:paraId="14FCEBE7" w14:textId="0AA1A0EE" w:rsidR="00835692" w:rsidRDefault="00325523">
      <w:pPr>
        <w:pStyle w:val="1"/>
        <w:spacing w:before="200" w:after="120"/>
      </w:pPr>
      <w:r>
        <w:rPr>
          <w:rFonts w:ascii="Arial" w:eastAsia="Arial" w:hAnsi="Arial" w:cs="Noto Sans CJK SC"/>
          <w:color w:val="1F4E79"/>
        </w:rPr>
        <w:t>11. Final Pre-Installation Confirmation</w:t>
      </w:r>
      <w:r w:rsidR="0007646A">
        <w:rPr>
          <w:noProof/>
        </w:rPr>
        <w:drawing>
          <wp:anchor distT="0" distB="0" distL="114300" distR="114300" simplePos="0" relativeHeight="251664384" behindDoc="0" locked="0" layoutInCell="1" allowOverlap="1" wp14:anchorId="75A7759E" wp14:editId="34582037">
            <wp:simplePos x="0" y="0"/>
            <wp:positionH relativeFrom="column">
              <wp:posOffset>0</wp:posOffset>
            </wp:positionH>
            <wp:positionV relativeFrom="paragraph">
              <wp:posOffset>-635</wp:posOffset>
            </wp:positionV>
            <wp:extent cx="6264910" cy="5667375"/>
            <wp:effectExtent l="0" t="0" r="2540" b="0"/>
            <wp:wrapNone/>
            <wp:docPr id="1499591050"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1171869" name="图片 5"/>
                    <pic:cNvPicPr>
                      <a:picLocks noChangeAspect="1"/>
                    </pic:cNvPicPr>
                  </pic:nvPicPr>
                  <pic:blipFill>
                    <a:blip r:embed="rId8">
                      <a:alphaModFix amt="20000"/>
                    </a:blip>
                    <a:stretch>
                      <a:fillRect/>
                    </a:stretch>
                  </pic:blipFill>
                  <pic:spPr>
                    <a:xfrm>
                      <a:off x="0" y="0"/>
                      <a:ext cx="6264910" cy="5667375"/>
                    </a:xfrm>
                    <a:prstGeom prst="rect">
                      <a:avLst/>
                    </a:prstGeom>
                  </pic:spPr>
                </pic:pic>
              </a:graphicData>
            </a:graphic>
            <wp14:sizeRelH relativeFrom="page">
              <wp14:pctWidth>0</wp14:pctWidth>
            </wp14:sizeRelH>
            <wp14:sizeRelV relativeFrom="page">
              <wp14:pctHeight>0</wp14:pctHeight>
            </wp14:sizeRelV>
          </wp:anchor>
        </w:drawing>
      </w:r>
    </w:p>
    <w:tbl>
      <w:tblPr>
        <w:tblW w:w="0" w:type="auto"/>
        <w:jc w:val="center"/>
        <w:tblBorders>
          <w:top w:val="single" w:sz="6" w:space="0" w:color="B8C6D1"/>
          <w:left w:val="single" w:sz="6" w:space="0" w:color="B8C6D1"/>
          <w:bottom w:val="single" w:sz="6" w:space="0" w:color="B8C6D1"/>
          <w:right w:val="single" w:sz="6" w:space="0" w:color="B8C6D1"/>
          <w:insideH w:val="single" w:sz="6" w:space="0" w:color="B8C6D1"/>
          <w:insideV w:val="single" w:sz="6" w:space="0" w:color="B8C6D1"/>
        </w:tblBorders>
        <w:tblLayout w:type="fixed"/>
        <w:tblLook w:val="04A0" w:firstRow="1" w:lastRow="0" w:firstColumn="1" w:lastColumn="0" w:noHBand="0" w:noVBand="1"/>
      </w:tblPr>
      <w:tblGrid>
        <w:gridCol w:w="5556"/>
        <w:gridCol w:w="1701"/>
        <w:gridCol w:w="1814"/>
      </w:tblGrid>
      <w:tr w:rsidR="00835692" w14:paraId="686BD58D" w14:textId="77777777">
        <w:trPr>
          <w:tblHeader/>
          <w:jc w:val="center"/>
        </w:trPr>
        <w:tc>
          <w:tcPr>
            <w:tcW w:w="5556" w:type="dxa"/>
            <w:shd w:val="clear" w:color="auto" w:fill="1F4E79"/>
            <w:vAlign w:val="center"/>
          </w:tcPr>
          <w:p w14:paraId="45F2AA79" w14:textId="77777777" w:rsidR="00835692" w:rsidRDefault="00325523">
            <w:pPr>
              <w:spacing w:after="0"/>
              <w:jc w:val="center"/>
            </w:pPr>
            <w:r>
              <w:rPr>
                <w:rFonts w:ascii="Arial" w:eastAsia="Arial" w:hAnsi="Arial" w:cs="Noto Sans CJK SC"/>
                <w:b/>
                <w:color w:val="FFFFFF"/>
                <w:sz w:val="18"/>
              </w:rPr>
              <w:t>Confirm items</w:t>
            </w:r>
          </w:p>
        </w:tc>
        <w:tc>
          <w:tcPr>
            <w:tcW w:w="1701" w:type="dxa"/>
            <w:shd w:val="clear" w:color="auto" w:fill="1F4E79"/>
            <w:vAlign w:val="center"/>
          </w:tcPr>
          <w:p w14:paraId="0982CE95" w14:textId="77777777" w:rsidR="00835692" w:rsidRDefault="00325523">
            <w:pPr>
              <w:spacing w:after="0"/>
              <w:jc w:val="center"/>
            </w:pPr>
            <w:r>
              <w:rPr>
                <w:rFonts w:ascii="Arial" w:eastAsia="Arial" w:hAnsi="Arial" w:cs="Noto Sans CJK SC"/>
                <w:b/>
                <w:color w:val="FFFFFF"/>
                <w:sz w:val="18"/>
              </w:rPr>
              <w:t>Is it done?</w:t>
            </w:r>
          </w:p>
        </w:tc>
        <w:tc>
          <w:tcPr>
            <w:tcW w:w="1814" w:type="dxa"/>
            <w:shd w:val="clear" w:color="auto" w:fill="1F4E79"/>
            <w:vAlign w:val="center"/>
          </w:tcPr>
          <w:p w14:paraId="7A3BEFCF" w14:textId="77777777" w:rsidR="00835692" w:rsidRDefault="00325523">
            <w:pPr>
              <w:spacing w:after="0"/>
              <w:jc w:val="center"/>
            </w:pPr>
            <w:r>
              <w:rPr>
                <w:rFonts w:ascii="Arial" w:eastAsia="Arial" w:hAnsi="Arial" w:cs="Noto Sans CJK SC"/>
                <w:b/>
                <w:color w:val="FFFFFF"/>
                <w:sz w:val="18"/>
              </w:rPr>
              <w:t>Remarks</w:t>
            </w:r>
          </w:p>
        </w:tc>
      </w:tr>
      <w:tr w:rsidR="00835692" w14:paraId="343DC3F8" w14:textId="77777777">
        <w:trPr>
          <w:cantSplit/>
          <w:jc w:val="center"/>
        </w:trPr>
        <w:tc>
          <w:tcPr>
            <w:tcW w:w="5556" w:type="dxa"/>
            <w:vAlign w:val="center"/>
          </w:tcPr>
          <w:p w14:paraId="0BEC7E15" w14:textId="77777777" w:rsidR="00835692" w:rsidRDefault="00325523">
            <w:pPr>
              <w:spacing w:after="0"/>
              <w:rPr>
                <w:lang w:eastAsia="zh-CN"/>
              </w:rPr>
            </w:pPr>
            <w:r>
              <w:rPr>
                <w:rFonts w:ascii="Arial" w:eastAsia="Arial" w:hAnsi="Arial" w:cs="Noto Sans CJK SC"/>
                <w:color w:val="1F2937"/>
                <w:sz w:val="17"/>
              </w:rPr>
              <w:t>Workpiece information confirmed</w:t>
            </w:r>
          </w:p>
        </w:tc>
        <w:tc>
          <w:tcPr>
            <w:tcW w:w="1701" w:type="dxa"/>
            <w:vAlign w:val="center"/>
          </w:tcPr>
          <w:p w14:paraId="0AADA8C6" w14:textId="77777777" w:rsidR="00835692" w:rsidRDefault="00325523">
            <w:pPr>
              <w:spacing w:after="0"/>
              <w:jc w:val="center"/>
            </w:pPr>
            <w:r>
              <w:rPr>
                <w:rFonts w:ascii="Arial" w:eastAsia="Arial" w:hAnsi="Arial" w:cs="Noto Sans CJK SC"/>
                <w:color w:val="1F2937"/>
                <w:sz w:val="17"/>
              </w:rPr>
              <w:t>□ Completed</w:t>
            </w:r>
          </w:p>
        </w:tc>
        <w:tc>
          <w:tcPr>
            <w:tcW w:w="1814" w:type="dxa"/>
            <w:vAlign w:val="center"/>
          </w:tcPr>
          <w:p w14:paraId="43306FCC" w14:textId="77777777" w:rsidR="00835692" w:rsidRDefault="00835692">
            <w:pPr>
              <w:spacing w:after="0"/>
            </w:pPr>
          </w:p>
        </w:tc>
      </w:tr>
      <w:tr w:rsidR="00835692" w14:paraId="7A8955CE" w14:textId="77777777">
        <w:trPr>
          <w:cantSplit/>
          <w:jc w:val="center"/>
        </w:trPr>
        <w:tc>
          <w:tcPr>
            <w:tcW w:w="5556" w:type="dxa"/>
            <w:vAlign w:val="center"/>
          </w:tcPr>
          <w:p w14:paraId="4093D949" w14:textId="77777777" w:rsidR="00835692" w:rsidRDefault="00325523">
            <w:pPr>
              <w:spacing w:after="0"/>
              <w:rPr>
                <w:lang w:eastAsia="zh-CN"/>
              </w:rPr>
            </w:pPr>
            <w:r>
              <w:rPr>
                <w:rFonts w:ascii="Arial" w:eastAsia="Arial" w:hAnsi="Arial" w:cs="Noto Sans CJK SC"/>
                <w:color w:val="1F2937"/>
                <w:sz w:val="17"/>
              </w:rPr>
              <w:t>Workstation and motion requirements confirmed</w:t>
            </w:r>
          </w:p>
        </w:tc>
        <w:tc>
          <w:tcPr>
            <w:tcW w:w="1701" w:type="dxa"/>
            <w:vAlign w:val="center"/>
          </w:tcPr>
          <w:p w14:paraId="03039758" w14:textId="77777777" w:rsidR="00835692" w:rsidRDefault="00325523">
            <w:pPr>
              <w:spacing w:after="0"/>
              <w:jc w:val="center"/>
            </w:pPr>
            <w:r>
              <w:rPr>
                <w:rFonts w:ascii="Arial" w:eastAsia="Arial" w:hAnsi="Arial" w:cs="Noto Sans CJK SC"/>
                <w:color w:val="1F2937"/>
                <w:sz w:val="17"/>
              </w:rPr>
              <w:t>□ Completed</w:t>
            </w:r>
          </w:p>
        </w:tc>
        <w:tc>
          <w:tcPr>
            <w:tcW w:w="1814" w:type="dxa"/>
            <w:vAlign w:val="center"/>
          </w:tcPr>
          <w:p w14:paraId="3BD1CBEF" w14:textId="77777777" w:rsidR="00835692" w:rsidRDefault="00835692">
            <w:pPr>
              <w:spacing w:after="0"/>
            </w:pPr>
          </w:p>
        </w:tc>
      </w:tr>
      <w:tr w:rsidR="00835692" w14:paraId="064C4CF4" w14:textId="77777777">
        <w:trPr>
          <w:cantSplit/>
          <w:jc w:val="center"/>
        </w:trPr>
        <w:tc>
          <w:tcPr>
            <w:tcW w:w="5556" w:type="dxa"/>
            <w:vAlign w:val="center"/>
          </w:tcPr>
          <w:p w14:paraId="01ADC9B5" w14:textId="77777777" w:rsidR="00835692" w:rsidRDefault="00325523">
            <w:pPr>
              <w:spacing w:after="0"/>
            </w:pPr>
            <w:r>
              <w:rPr>
                <w:rFonts w:ascii="Arial" w:eastAsia="Arial" w:hAnsi="Arial" w:cs="Noto Sans CJK SC"/>
                <w:color w:val="1F2937"/>
                <w:sz w:val="17"/>
              </w:rPr>
              <w:t>Installation configuration confirmed</w:t>
            </w:r>
          </w:p>
        </w:tc>
        <w:tc>
          <w:tcPr>
            <w:tcW w:w="1701" w:type="dxa"/>
            <w:vAlign w:val="center"/>
          </w:tcPr>
          <w:p w14:paraId="031FE0A0" w14:textId="77777777" w:rsidR="00835692" w:rsidRDefault="00325523">
            <w:pPr>
              <w:spacing w:after="0"/>
              <w:jc w:val="center"/>
            </w:pPr>
            <w:r>
              <w:rPr>
                <w:rFonts w:ascii="Arial" w:eastAsia="Arial" w:hAnsi="Arial" w:cs="Noto Sans CJK SC"/>
                <w:color w:val="1F2937"/>
                <w:sz w:val="17"/>
              </w:rPr>
              <w:t>□ Completed</w:t>
            </w:r>
          </w:p>
        </w:tc>
        <w:tc>
          <w:tcPr>
            <w:tcW w:w="1814" w:type="dxa"/>
            <w:vAlign w:val="center"/>
          </w:tcPr>
          <w:p w14:paraId="78F9129F" w14:textId="77777777" w:rsidR="00835692" w:rsidRDefault="00835692">
            <w:pPr>
              <w:spacing w:after="0"/>
            </w:pPr>
          </w:p>
        </w:tc>
      </w:tr>
      <w:tr w:rsidR="00835692" w14:paraId="1DCCB17F" w14:textId="77777777">
        <w:trPr>
          <w:cantSplit/>
          <w:jc w:val="center"/>
        </w:trPr>
        <w:tc>
          <w:tcPr>
            <w:tcW w:w="5556" w:type="dxa"/>
            <w:vAlign w:val="center"/>
          </w:tcPr>
          <w:p w14:paraId="3830EDE7" w14:textId="77777777" w:rsidR="00835692" w:rsidRDefault="00325523">
            <w:pPr>
              <w:spacing w:after="0"/>
              <w:rPr>
                <w:lang w:eastAsia="zh-CN"/>
              </w:rPr>
            </w:pPr>
            <w:r>
              <w:rPr>
                <w:rFonts w:ascii="Arial" w:eastAsia="Arial" w:hAnsi="Arial" w:cs="Noto Sans CJK SC"/>
                <w:color w:val="1F2937"/>
                <w:sz w:val="17"/>
              </w:rPr>
              <w:t>Foundation or overhead support conditions confirmed</w:t>
            </w:r>
          </w:p>
        </w:tc>
        <w:tc>
          <w:tcPr>
            <w:tcW w:w="1701" w:type="dxa"/>
            <w:vAlign w:val="center"/>
          </w:tcPr>
          <w:p w14:paraId="482398C6" w14:textId="77777777" w:rsidR="00835692" w:rsidRDefault="00325523">
            <w:pPr>
              <w:spacing w:after="0"/>
              <w:jc w:val="center"/>
            </w:pPr>
            <w:r>
              <w:rPr>
                <w:rFonts w:ascii="Arial" w:eastAsia="Arial" w:hAnsi="Arial" w:cs="Noto Sans CJK SC"/>
                <w:color w:val="1F2937"/>
                <w:sz w:val="17"/>
              </w:rPr>
              <w:t>□ Completed</w:t>
            </w:r>
          </w:p>
        </w:tc>
        <w:tc>
          <w:tcPr>
            <w:tcW w:w="1814" w:type="dxa"/>
            <w:vAlign w:val="center"/>
          </w:tcPr>
          <w:p w14:paraId="18A8C650" w14:textId="77777777" w:rsidR="00835692" w:rsidRDefault="00835692">
            <w:pPr>
              <w:spacing w:after="0"/>
            </w:pPr>
          </w:p>
        </w:tc>
      </w:tr>
      <w:tr w:rsidR="00835692" w14:paraId="5B601BB7" w14:textId="77777777">
        <w:trPr>
          <w:cantSplit/>
          <w:jc w:val="center"/>
        </w:trPr>
        <w:tc>
          <w:tcPr>
            <w:tcW w:w="5556" w:type="dxa"/>
            <w:vAlign w:val="center"/>
          </w:tcPr>
          <w:p w14:paraId="50C22516" w14:textId="77777777" w:rsidR="00835692" w:rsidRDefault="00325523">
            <w:pPr>
              <w:spacing w:after="0"/>
              <w:rPr>
                <w:lang w:eastAsia="zh-CN"/>
              </w:rPr>
            </w:pPr>
            <w:r>
              <w:rPr>
                <w:rFonts w:ascii="Arial" w:eastAsia="Arial" w:hAnsi="Arial" w:cs="Noto Sans CJK SC"/>
                <w:color w:val="1F2937"/>
                <w:sz w:val="17"/>
              </w:rPr>
              <w:t>Air-supply pressure and connection confirmed</w:t>
            </w:r>
          </w:p>
        </w:tc>
        <w:tc>
          <w:tcPr>
            <w:tcW w:w="1701" w:type="dxa"/>
            <w:vAlign w:val="center"/>
          </w:tcPr>
          <w:p w14:paraId="43158F90" w14:textId="77777777" w:rsidR="00835692" w:rsidRDefault="00325523">
            <w:pPr>
              <w:spacing w:after="0"/>
              <w:jc w:val="center"/>
            </w:pPr>
            <w:r>
              <w:rPr>
                <w:rFonts w:ascii="Arial" w:eastAsia="Arial" w:hAnsi="Arial" w:cs="Noto Sans CJK SC"/>
                <w:color w:val="1F2937"/>
                <w:sz w:val="17"/>
              </w:rPr>
              <w:t>□ Completed</w:t>
            </w:r>
          </w:p>
        </w:tc>
        <w:tc>
          <w:tcPr>
            <w:tcW w:w="1814" w:type="dxa"/>
            <w:vAlign w:val="center"/>
          </w:tcPr>
          <w:p w14:paraId="2D316799" w14:textId="77777777" w:rsidR="00835692" w:rsidRDefault="00835692">
            <w:pPr>
              <w:spacing w:after="0"/>
            </w:pPr>
          </w:p>
        </w:tc>
      </w:tr>
      <w:tr w:rsidR="00835692" w14:paraId="39480411" w14:textId="77777777">
        <w:trPr>
          <w:cantSplit/>
          <w:jc w:val="center"/>
        </w:trPr>
        <w:tc>
          <w:tcPr>
            <w:tcW w:w="5556" w:type="dxa"/>
            <w:vAlign w:val="center"/>
          </w:tcPr>
          <w:p w14:paraId="11143218" w14:textId="77777777" w:rsidR="00835692" w:rsidRDefault="00325523">
            <w:pPr>
              <w:spacing w:after="0"/>
              <w:rPr>
                <w:lang w:eastAsia="zh-CN"/>
              </w:rPr>
            </w:pPr>
            <w:r>
              <w:rPr>
                <w:rFonts w:ascii="Arial" w:eastAsia="Arial" w:hAnsi="Arial" w:cs="Noto Sans CJK SC"/>
                <w:color w:val="1F2937"/>
                <w:sz w:val="17"/>
              </w:rPr>
              <w:t>Electrical power requirements confirmed</w:t>
            </w:r>
          </w:p>
        </w:tc>
        <w:tc>
          <w:tcPr>
            <w:tcW w:w="1701" w:type="dxa"/>
            <w:vAlign w:val="center"/>
          </w:tcPr>
          <w:p w14:paraId="4ED28ACD" w14:textId="77777777" w:rsidR="00835692" w:rsidRDefault="00325523">
            <w:pPr>
              <w:spacing w:after="0"/>
              <w:jc w:val="center"/>
            </w:pPr>
            <w:r>
              <w:rPr>
                <w:rFonts w:ascii="Arial" w:eastAsia="Arial" w:hAnsi="Arial" w:cs="Noto Sans CJK SC"/>
                <w:color w:val="1F2937"/>
                <w:sz w:val="17"/>
              </w:rPr>
              <w:t>□ Completed</w:t>
            </w:r>
          </w:p>
        </w:tc>
        <w:tc>
          <w:tcPr>
            <w:tcW w:w="1814" w:type="dxa"/>
            <w:vAlign w:val="center"/>
          </w:tcPr>
          <w:p w14:paraId="7E23AA45" w14:textId="77777777" w:rsidR="00835692" w:rsidRDefault="00835692">
            <w:pPr>
              <w:spacing w:after="0"/>
            </w:pPr>
          </w:p>
        </w:tc>
      </w:tr>
      <w:tr w:rsidR="00835692" w14:paraId="55AD9D9A" w14:textId="77777777">
        <w:trPr>
          <w:cantSplit/>
          <w:jc w:val="center"/>
        </w:trPr>
        <w:tc>
          <w:tcPr>
            <w:tcW w:w="5556" w:type="dxa"/>
            <w:vAlign w:val="center"/>
          </w:tcPr>
          <w:p w14:paraId="1AD0C257" w14:textId="77777777" w:rsidR="00835692" w:rsidRDefault="00325523">
            <w:pPr>
              <w:spacing w:after="0"/>
            </w:pPr>
            <w:r>
              <w:rPr>
                <w:rFonts w:ascii="Arial" w:eastAsia="Arial" w:hAnsi="Arial" w:cs="Noto Sans CJK SC"/>
                <w:color w:val="1F2937"/>
                <w:sz w:val="17"/>
              </w:rPr>
              <w:t>Preliminary tooling type confirmed</w:t>
            </w:r>
          </w:p>
        </w:tc>
        <w:tc>
          <w:tcPr>
            <w:tcW w:w="1701" w:type="dxa"/>
            <w:vAlign w:val="center"/>
          </w:tcPr>
          <w:p w14:paraId="55BC45FE" w14:textId="77777777" w:rsidR="00835692" w:rsidRDefault="00325523">
            <w:pPr>
              <w:spacing w:after="0"/>
              <w:jc w:val="center"/>
            </w:pPr>
            <w:r>
              <w:rPr>
                <w:rFonts w:ascii="Arial" w:eastAsia="Arial" w:hAnsi="Arial" w:cs="Noto Sans CJK SC"/>
                <w:color w:val="1F2937"/>
                <w:sz w:val="17"/>
              </w:rPr>
              <w:t>□ Completed</w:t>
            </w:r>
          </w:p>
        </w:tc>
        <w:tc>
          <w:tcPr>
            <w:tcW w:w="1814" w:type="dxa"/>
            <w:vAlign w:val="center"/>
          </w:tcPr>
          <w:p w14:paraId="32D5F891" w14:textId="77777777" w:rsidR="00835692" w:rsidRDefault="00835692">
            <w:pPr>
              <w:spacing w:after="0"/>
            </w:pPr>
          </w:p>
        </w:tc>
      </w:tr>
      <w:tr w:rsidR="00835692" w14:paraId="7EFFE37E" w14:textId="77777777">
        <w:trPr>
          <w:cantSplit/>
          <w:jc w:val="center"/>
        </w:trPr>
        <w:tc>
          <w:tcPr>
            <w:tcW w:w="5556" w:type="dxa"/>
            <w:vAlign w:val="center"/>
          </w:tcPr>
          <w:p w14:paraId="00840F5D" w14:textId="77777777" w:rsidR="00835692" w:rsidRDefault="00325523">
            <w:pPr>
              <w:spacing w:after="0"/>
              <w:rPr>
                <w:lang w:eastAsia="zh-CN"/>
              </w:rPr>
            </w:pPr>
            <w:r>
              <w:rPr>
                <w:rFonts w:ascii="Arial" w:eastAsia="Arial" w:hAnsi="Arial" w:cs="Noto Sans CJK SC"/>
                <w:color w:val="1F2937"/>
                <w:sz w:val="17"/>
              </w:rPr>
              <w:t>Site clearances and interference confirmed</w:t>
            </w:r>
          </w:p>
        </w:tc>
        <w:tc>
          <w:tcPr>
            <w:tcW w:w="1701" w:type="dxa"/>
            <w:vAlign w:val="center"/>
          </w:tcPr>
          <w:p w14:paraId="654E2445" w14:textId="77777777" w:rsidR="00835692" w:rsidRDefault="00325523">
            <w:pPr>
              <w:spacing w:after="0"/>
              <w:jc w:val="center"/>
            </w:pPr>
            <w:r>
              <w:rPr>
                <w:rFonts w:ascii="Arial" w:eastAsia="Arial" w:hAnsi="Arial" w:cs="Noto Sans CJK SC"/>
                <w:color w:val="1F2937"/>
                <w:sz w:val="17"/>
              </w:rPr>
              <w:t>□ Completed</w:t>
            </w:r>
          </w:p>
        </w:tc>
        <w:tc>
          <w:tcPr>
            <w:tcW w:w="1814" w:type="dxa"/>
            <w:vAlign w:val="center"/>
          </w:tcPr>
          <w:p w14:paraId="01D261D5" w14:textId="77777777" w:rsidR="00835692" w:rsidRDefault="00835692">
            <w:pPr>
              <w:spacing w:after="0"/>
            </w:pPr>
          </w:p>
        </w:tc>
      </w:tr>
      <w:tr w:rsidR="00835692" w14:paraId="02591F75" w14:textId="77777777">
        <w:trPr>
          <w:cantSplit/>
          <w:jc w:val="center"/>
        </w:trPr>
        <w:tc>
          <w:tcPr>
            <w:tcW w:w="5556" w:type="dxa"/>
            <w:vAlign w:val="center"/>
          </w:tcPr>
          <w:p w14:paraId="39C7650B" w14:textId="77777777" w:rsidR="00835692" w:rsidRDefault="00325523">
            <w:pPr>
              <w:spacing w:after="0"/>
              <w:rPr>
                <w:lang w:eastAsia="zh-CN"/>
              </w:rPr>
            </w:pPr>
            <w:r>
              <w:rPr>
                <w:rFonts w:ascii="Arial" w:eastAsia="Arial" w:hAnsi="Arial" w:cs="Noto Sans CJK SC"/>
                <w:color w:val="1F2937"/>
                <w:sz w:val="17"/>
              </w:rPr>
              <w:t>Production shutdown schedule confirmed</w:t>
            </w:r>
          </w:p>
        </w:tc>
        <w:tc>
          <w:tcPr>
            <w:tcW w:w="1701" w:type="dxa"/>
            <w:vAlign w:val="center"/>
          </w:tcPr>
          <w:p w14:paraId="317C22C0" w14:textId="77777777" w:rsidR="00835692" w:rsidRDefault="00325523">
            <w:pPr>
              <w:spacing w:after="0"/>
              <w:jc w:val="center"/>
            </w:pPr>
            <w:r>
              <w:rPr>
                <w:rFonts w:ascii="Arial" w:eastAsia="Arial" w:hAnsi="Arial" w:cs="Noto Sans CJK SC"/>
                <w:color w:val="1F2937"/>
                <w:sz w:val="17"/>
              </w:rPr>
              <w:t>□ Completed</w:t>
            </w:r>
          </w:p>
        </w:tc>
        <w:tc>
          <w:tcPr>
            <w:tcW w:w="1814" w:type="dxa"/>
            <w:vAlign w:val="center"/>
          </w:tcPr>
          <w:p w14:paraId="024DEBBB" w14:textId="77777777" w:rsidR="00835692" w:rsidRDefault="00835692">
            <w:pPr>
              <w:spacing w:after="0"/>
            </w:pPr>
          </w:p>
        </w:tc>
      </w:tr>
      <w:tr w:rsidR="00835692" w14:paraId="241E9BF3" w14:textId="77777777">
        <w:trPr>
          <w:cantSplit/>
          <w:jc w:val="center"/>
        </w:trPr>
        <w:tc>
          <w:tcPr>
            <w:tcW w:w="5556" w:type="dxa"/>
            <w:vAlign w:val="center"/>
          </w:tcPr>
          <w:p w14:paraId="301879AA" w14:textId="77777777" w:rsidR="00835692" w:rsidRDefault="00325523">
            <w:pPr>
              <w:spacing w:after="0"/>
              <w:rPr>
                <w:lang w:eastAsia="zh-CN"/>
              </w:rPr>
            </w:pPr>
            <w:r>
              <w:rPr>
                <w:rFonts w:ascii="Arial" w:eastAsia="Arial" w:hAnsi="Arial" w:cs="Noto Sans CJK SC"/>
                <w:color w:val="1F2937"/>
                <w:sz w:val="17"/>
              </w:rPr>
              <w:t>Customer Site Representative</w:t>
            </w:r>
          </w:p>
        </w:tc>
        <w:tc>
          <w:tcPr>
            <w:tcW w:w="1701" w:type="dxa"/>
            <w:vAlign w:val="center"/>
          </w:tcPr>
          <w:p w14:paraId="36003509" w14:textId="77777777" w:rsidR="00835692" w:rsidRDefault="00325523">
            <w:pPr>
              <w:spacing w:after="0"/>
              <w:jc w:val="center"/>
            </w:pPr>
            <w:r>
              <w:rPr>
                <w:rFonts w:ascii="Arial" w:eastAsia="Arial" w:hAnsi="Arial" w:cs="Noto Sans CJK SC"/>
                <w:color w:val="1F2937"/>
                <w:sz w:val="17"/>
              </w:rPr>
              <w:t>□ Completed</w:t>
            </w:r>
          </w:p>
        </w:tc>
        <w:tc>
          <w:tcPr>
            <w:tcW w:w="1814" w:type="dxa"/>
            <w:vAlign w:val="center"/>
          </w:tcPr>
          <w:p w14:paraId="40FF7B01" w14:textId="77777777" w:rsidR="00835692" w:rsidRDefault="00835692">
            <w:pPr>
              <w:spacing w:after="0"/>
            </w:pPr>
          </w:p>
        </w:tc>
      </w:tr>
    </w:tbl>
    <w:p w14:paraId="455170CD" w14:textId="77777777" w:rsidR="00835692" w:rsidRDefault="00835692"/>
    <w:tbl>
      <w:tblPr>
        <w:tblW w:w="0" w:type="auto"/>
        <w:jc w:val="center"/>
        <w:tblBorders>
          <w:top w:val="single" w:sz="6" w:space="0" w:color="B8C6D1"/>
          <w:left w:val="single" w:sz="6" w:space="0" w:color="B8C6D1"/>
          <w:bottom w:val="single" w:sz="6" w:space="0" w:color="B8C6D1"/>
          <w:right w:val="single" w:sz="6" w:space="0" w:color="B8C6D1"/>
          <w:insideH w:val="single" w:sz="6" w:space="0" w:color="B8C6D1"/>
          <w:insideV w:val="single" w:sz="6" w:space="0" w:color="B8C6D1"/>
        </w:tblBorders>
        <w:tblLayout w:type="fixed"/>
        <w:tblLook w:val="04A0" w:firstRow="1" w:lastRow="0" w:firstColumn="1" w:lastColumn="0" w:noHBand="0" w:noVBand="1"/>
      </w:tblPr>
      <w:tblGrid>
        <w:gridCol w:w="1814"/>
        <w:gridCol w:w="2721"/>
        <w:gridCol w:w="1814"/>
        <w:gridCol w:w="3517"/>
      </w:tblGrid>
      <w:tr w:rsidR="00835692" w14:paraId="075B7CA2" w14:textId="77777777" w:rsidTr="000D2B9A">
        <w:trPr>
          <w:cantSplit/>
          <w:jc w:val="center"/>
        </w:trPr>
        <w:tc>
          <w:tcPr>
            <w:tcW w:w="1814" w:type="dxa"/>
            <w:vAlign w:val="center"/>
          </w:tcPr>
          <w:p w14:paraId="606132CD" w14:textId="77777777" w:rsidR="00835692" w:rsidRDefault="00325523">
            <w:pPr>
              <w:spacing w:after="0"/>
            </w:pPr>
            <w:r>
              <w:rPr>
                <w:rFonts w:ascii="Arial" w:eastAsia="Arial" w:hAnsi="Arial" w:cs="Noto Sans CJK SC"/>
                <w:b/>
                <w:color w:val="1F2937"/>
                <w:sz w:val="17"/>
              </w:rPr>
              <w:t>Customer site manager</w:t>
            </w:r>
          </w:p>
        </w:tc>
        <w:tc>
          <w:tcPr>
            <w:tcW w:w="2721" w:type="dxa"/>
            <w:vAlign w:val="center"/>
          </w:tcPr>
          <w:p w14:paraId="0BE6C382" w14:textId="77777777" w:rsidR="00835692" w:rsidRDefault="00835692">
            <w:pPr>
              <w:spacing w:after="0"/>
            </w:pPr>
          </w:p>
        </w:tc>
        <w:tc>
          <w:tcPr>
            <w:tcW w:w="1814" w:type="dxa"/>
            <w:vAlign w:val="center"/>
          </w:tcPr>
          <w:p w14:paraId="2EE70E52" w14:textId="77777777" w:rsidR="00835692" w:rsidRDefault="00325523">
            <w:pPr>
              <w:spacing w:after="0"/>
            </w:pPr>
            <w:r>
              <w:rPr>
                <w:rFonts w:ascii="Arial" w:eastAsia="Arial" w:hAnsi="Arial" w:cs="Noto Sans CJK SC"/>
                <w:b/>
                <w:color w:val="1F2937"/>
                <w:sz w:val="17"/>
              </w:rPr>
              <w:t>Contact number</w:t>
            </w:r>
          </w:p>
        </w:tc>
        <w:tc>
          <w:tcPr>
            <w:tcW w:w="2721" w:type="dxa"/>
            <w:vAlign w:val="center"/>
          </w:tcPr>
          <w:p w14:paraId="711D2D30" w14:textId="77777777" w:rsidR="00835692" w:rsidRDefault="00835692">
            <w:pPr>
              <w:spacing w:after="0"/>
            </w:pPr>
          </w:p>
        </w:tc>
      </w:tr>
      <w:tr w:rsidR="00835692" w14:paraId="63B0DF54" w14:textId="77777777" w:rsidTr="000D2B9A">
        <w:trPr>
          <w:cantSplit/>
          <w:jc w:val="center"/>
        </w:trPr>
        <w:tc>
          <w:tcPr>
            <w:tcW w:w="1814" w:type="dxa"/>
            <w:vAlign w:val="center"/>
          </w:tcPr>
          <w:p w14:paraId="5BC8FF6F" w14:textId="77777777" w:rsidR="00835692" w:rsidRDefault="00325523">
            <w:pPr>
              <w:spacing w:after="0"/>
            </w:pPr>
            <w:r>
              <w:rPr>
                <w:rFonts w:ascii="Arial" w:eastAsia="Arial" w:hAnsi="Arial" w:cs="Noto Sans CJK SC"/>
                <w:b/>
                <w:color w:val="1F2937"/>
                <w:sz w:val="17"/>
              </w:rPr>
              <w:t>AUREK Representative</w:t>
            </w:r>
          </w:p>
        </w:tc>
        <w:tc>
          <w:tcPr>
            <w:tcW w:w="2721" w:type="dxa"/>
            <w:vAlign w:val="center"/>
          </w:tcPr>
          <w:p w14:paraId="48FC2216" w14:textId="77777777" w:rsidR="00835692" w:rsidRDefault="00835692">
            <w:pPr>
              <w:spacing w:after="0"/>
            </w:pPr>
          </w:p>
        </w:tc>
        <w:tc>
          <w:tcPr>
            <w:tcW w:w="1814" w:type="dxa"/>
            <w:vAlign w:val="center"/>
          </w:tcPr>
          <w:p w14:paraId="0BB47AE4" w14:textId="77777777" w:rsidR="00835692" w:rsidRDefault="00325523">
            <w:pPr>
              <w:spacing w:after="0"/>
            </w:pPr>
            <w:r>
              <w:rPr>
                <w:rFonts w:ascii="Arial" w:eastAsia="Arial" w:hAnsi="Arial" w:cs="Noto Sans CJK SC"/>
                <w:b/>
                <w:color w:val="1F2937"/>
                <w:sz w:val="17"/>
              </w:rPr>
              <w:t>Confirmation date</w:t>
            </w:r>
          </w:p>
        </w:tc>
        <w:tc>
          <w:tcPr>
            <w:tcW w:w="2721" w:type="dxa"/>
            <w:vAlign w:val="center"/>
          </w:tcPr>
          <w:p w14:paraId="25DB2897" w14:textId="77777777" w:rsidR="00835692" w:rsidRDefault="00835692">
            <w:pPr>
              <w:spacing w:after="0"/>
            </w:pPr>
          </w:p>
        </w:tc>
      </w:tr>
      <w:tr w:rsidR="00835692" w14:paraId="30A6CFF4" w14:textId="77777777" w:rsidTr="000D2B9A">
        <w:trPr>
          <w:cantSplit/>
          <w:jc w:val="center"/>
        </w:trPr>
        <w:tc>
          <w:tcPr>
            <w:tcW w:w="1814" w:type="dxa"/>
            <w:vAlign w:val="center"/>
          </w:tcPr>
          <w:p w14:paraId="13747561" w14:textId="77777777" w:rsidR="00835692" w:rsidRDefault="00325523">
            <w:pPr>
              <w:spacing w:after="0"/>
            </w:pPr>
            <w:r>
              <w:rPr>
                <w:rFonts w:ascii="Arial" w:eastAsia="Arial" w:hAnsi="Arial" w:cs="Noto Sans CJK SC"/>
                <w:b/>
                <w:color w:val="1F2937"/>
                <w:sz w:val="17"/>
              </w:rPr>
              <w:t>Installation manager</w:t>
            </w:r>
          </w:p>
        </w:tc>
        <w:tc>
          <w:tcPr>
            <w:tcW w:w="2721" w:type="dxa"/>
            <w:vAlign w:val="center"/>
          </w:tcPr>
          <w:p w14:paraId="75C7D83C" w14:textId="77777777" w:rsidR="00835692" w:rsidRDefault="00835692">
            <w:pPr>
              <w:spacing w:after="0"/>
            </w:pPr>
          </w:p>
        </w:tc>
        <w:tc>
          <w:tcPr>
            <w:tcW w:w="1814" w:type="dxa"/>
            <w:vAlign w:val="center"/>
          </w:tcPr>
          <w:p w14:paraId="0EBF7960" w14:textId="77777777" w:rsidR="00835692" w:rsidRDefault="00325523">
            <w:pPr>
              <w:spacing w:after="0"/>
            </w:pPr>
            <w:r>
              <w:rPr>
                <w:rFonts w:ascii="Arial" w:eastAsia="Arial" w:hAnsi="Arial" w:cs="Noto Sans CJK SC"/>
                <w:b/>
                <w:color w:val="1F2937"/>
                <w:sz w:val="17"/>
              </w:rPr>
              <w:t>Estimated installation date</w:t>
            </w:r>
          </w:p>
        </w:tc>
        <w:tc>
          <w:tcPr>
            <w:tcW w:w="2721" w:type="dxa"/>
            <w:vAlign w:val="center"/>
          </w:tcPr>
          <w:p w14:paraId="62A009DA" w14:textId="77777777" w:rsidR="00835692" w:rsidRDefault="00835692">
            <w:pPr>
              <w:spacing w:after="0"/>
            </w:pPr>
          </w:p>
        </w:tc>
      </w:tr>
      <w:tr w:rsidR="00835692" w14:paraId="56D040F2" w14:textId="77777777" w:rsidTr="000D2B9A">
        <w:trPr>
          <w:cantSplit/>
          <w:jc w:val="center"/>
        </w:trPr>
        <w:tc>
          <w:tcPr>
            <w:tcW w:w="1814" w:type="dxa"/>
            <w:vAlign w:val="center"/>
          </w:tcPr>
          <w:p w14:paraId="0A84A2BA" w14:textId="77777777" w:rsidR="00835692" w:rsidRDefault="00325523">
            <w:pPr>
              <w:spacing w:after="0"/>
            </w:pPr>
            <w:r>
              <w:rPr>
                <w:rFonts w:ascii="Arial" w:eastAsia="Arial" w:hAnsi="Arial" w:cs="Noto Sans CJK SC"/>
                <w:b/>
                <w:color w:val="1F2937"/>
                <w:sz w:val="17"/>
              </w:rPr>
              <w:t>Remarks</w:t>
            </w:r>
          </w:p>
        </w:tc>
        <w:tc>
          <w:tcPr>
            <w:tcW w:w="7256" w:type="dxa"/>
            <w:gridSpan w:val="3"/>
            <w:vAlign w:val="center"/>
          </w:tcPr>
          <w:p w14:paraId="1D63804E" w14:textId="77777777" w:rsidR="00835692" w:rsidRDefault="00835692">
            <w:pPr>
              <w:spacing w:after="0"/>
            </w:pPr>
          </w:p>
          <w:p w14:paraId="0D3DF5CC" w14:textId="77777777" w:rsidR="00835692" w:rsidRDefault="00835692">
            <w:pPr>
              <w:spacing w:after="0"/>
            </w:pPr>
          </w:p>
          <w:p w14:paraId="1D0B5533" w14:textId="77777777" w:rsidR="00835692" w:rsidRDefault="00835692">
            <w:pPr>
              <w:spacing w:after="0"/>
            </w:pPr>
          </w:p>
        </w:tc>
      </w:tr>
      <w:tr w:rsidR="00835692" w14:paraId="6F4DE411" w14:textId="77777777" w:rsidTr="000D2B9A">
        <w:tblPrEx>
          <w:tblBorders>
            <w:top w:val="single" w:sz="4" w:space="0" w:color="D6DEE6"/>
            <w:left w:val="single" w:sz="4" w:space="0" w:color="D6DEE6"/>
            <w:bottom w:val="single" w:sz="4" w:space="0" w:color="D6DEE6"/>
            <w:right w:val="single" w:sz="4" w:space="0" w:color="D6DEE6"/>
            <w:insideH w:val="single" w:sz="4" w:space="0" w:color="D6DEE6"/>
            <w:insideV w:val="single" w:sz="4" w:space="0" w:color="D6DEE6"/>
          </w:tblBorders>
        </w:tblPrEx>
        <w:trPr>
          <w:jc w:val="center"/>
        </w:trPr>
        <w:tc>
          <w:tcPr>
            <w:tcW w:w="9866" w:type="dxa"/>
            <w:gridSpan w:val="4"/>
            <w:vAlign w:val="center"/>
          </w:tcPr>
          <w:p w14:paraId="0E585F54" w14:textId="77777777" w:rsidR="00835692" w:rsidRDefault="00325523">
            <w:pPr>
              <w:spacing w:after="0"/>
              <w:ind w:left="57" w:right="57"/>
              <w:rPr>
                <w:lang w:eastAsia="zh-CN"/>
              </w:rPr>
            </w:pPr>
            <w:r w:rsidRPr="000D2B9A">
              <w:rPr>
                <w:rFonts w:ascii="Arial" w:eastAsia="Arial" w:hAnsi="Arial" w:cs="Noto Sans CJK SC"/>
                <w:color w:val="4B5563"/>
                <w:sz w:val="18"/>
              </w:rPr>
              <w:t>Note: This checklist is used to confirm information before installation and is not a final installation drawing or construction method statement. Foundation load capacity, overhead suspension, rail installation, special environments, and safeguards must be jointly confirmed by the customer's site representative, AUREK engineers, and qualified third-party professionals where required.</w:t>
            </w:r>
          </w:p>
        </w:tc>
      </w:tr>
    </w:tbl>
    <w:p w14:paraId="1A33561E" w14:textId="77777777" w:rsidR="00835692" w:rsidRPr="00E83919" w:rsidRDefault="00835692" w:rsidP="00E83919">
      <w:pPr>
        <w:spacing w:after="0" w:line="20" w:lineRule="exact"/>
        <w:rPr>
          <w:sz w:val="2"/>
          <w:lang w:eastAsia="zh-CN"/>
        </w:rPr>
      </w:pPr>
    </w:p>
    <w:sectPr w:rsidR="00835692" w:rsidRPr="00E83919" w:rsidSect="00034616">
      <w:headerReference w:type="even" r:id="rId9"/>
      <w:headerReference w:type="default" r:id="rId10"/>
      <w:footerReference w:type="even" r:id="rId11"/>
      <w:footerReference w:type="default" r:id="rId12"/>
      <w:headerReference w:type="first" r:id="rId13"/>
      <w:footerReference w:type="first" r:id="rId14"/>
      <w:pgSz w:w="11906" w:h="16838"/>
      <w:pgMar w:top="964" w:right="1020" w:bottom="964" w:left="10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27093B" w14:textId="77777777" w:rsidR="009A136C" w:rsidRDefault="009A136C">
      <w:pPr>
        <w:spacing w:after="0" w:line="240" w:lineRule="auto"/>
      </w:pPr>
      <w:r>
        <w:separator/>
      </w:r>
    </w:p>
  </w:endnote>
  <w:endnote w:type="continuationSeparator" w:id="0">
    <w:p w14:paraId="21E8DFDB" w14:textId="77777777" w:rsidR="009A136C" w:rsidRDefault="009A13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Noto Sans CJK SC">
    <w:altName w:val="Cambria"/>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CA7BD7" w14:textId="77777777" w:rsidR="00E83919" w:rsidRDefault="00E83919">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0F67D7" w14:textId="19743272" w:rsidR="00835692" w:rsidRDefault="003B2801">
    <w:pPr>
      <w:pStyle w:val="a7"/>
      <w:jc w:val="center"/>
    </w:pPr>
    <w:r>
      <w:rPr>
        <w:rFonts w:cs="Noto Sans CJK SC"/>
        <w:color w:val="4B5563"/>
        <w:sz w:val="17"/>
      </w:rPr>
      <w:t xml:space="preserve">AUREK Intelligent Technology  |Page </w:t>
    </w:r>
    <w:r w:rsidR="00325523">
      <w:rPr>
        <w:rFonts w:cs="Noto Sans CJK SC"/>
        <w:color w:val="4B5563"/>
        <w:sz w:val="17"/>
      </w:rPr>
      <w:fldChar w:fldCharType="begin"/>
    </w:r>
    <w:r w:rsidR="00325523">
      <w:rPr>
        <w:rFonts w:cs="Noto Sans CJK SC"/>
        <w:color w:val="4B5563"/>
        <w:sz w:val="17"/>
      </w:rPr>
      <w:instrText>PAGE</w:instrText>
    </w:r>
    <w:r w:rsidR="00325523">
      <w:rPr>
        <w:rFonts w:cs="Noto Sans CJK SC"/>
        <w:color w:val="4B5563"/>
        <w:sz w:val="17"/>
      </w:rPr>
      <w:fldChar w:fldCharType="separate"/>
    </w:r>
    <w:r w:rsidR="000D2B9A">
      <w:rPr>
        <w:rFonts w:cs="Noto Sans CJK SC"/>
        <w:noProof/>
        <w:color w:val="4B5563"/>
        <w:sz w:val="17"/>
      </w:rPr>
      <w:t>1</w:t>
    </w:r>
    <w:r w:rsidR="00325523">
      <w:rPr>
        <w:rFonts w:cs="Noto Sans CJK SC"/>
        <w:color w:val="4B5563"/>
        <w:sz w:val="17"/>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96BE3C" w14:textId="77777777" w:rsidR="00E83919" w:rsidRDefault="00E83919">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18DD7D" w14:textId="77777777" w:rsidR="009A136C" w:rsidRDefault="009A136C">
      <w:pPr>
        <w:spacing w:after="0" w:line="240" w:lineRule="auto"/>
      </w:pPr>
      <w:r>
        <w:separator/>
      </w:r>
    </w:p>
  </w:footnote>
  <w:footnote w:type="continuationSeparator" w:id="0">
    <w:p w14:paraId="6C9840B2" w14:textId="77777777" w:rsidR="009A136C" w:rsidRDefault="009A136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65AFF0" w14:textId="77777777" w:rsidR="00E83919" w:rsidRDefault="00E83919">
    <w:pPr>
      <w:pStyle w:val="a5"/>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A7B41A" w14:textId="5E545AD1" w:rsidR="00835692" w:rsidRDefault="00835692">
    <w:pPr>
      <w:pStyle w:val="a5"/>
    </w:pPr>
  </w:p>
  <w:tbl>
    <w:tblPr>
      <w:tblW w:w="0" w:type="auto"/>
      <w:jc w:val="center"/>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Layout w:type="fixed"/>
      <w:tblLook w:val="04A0" w:firstRow="1" w:lastRow="0" w:firstColumn="1" w:lastColumn="0" w:noHBand="0" w:noVBand="1"/>
    </w:tblPr>
    <w:tblGrid>
      <w:gridCol w:w="5103"/>
      <w:gridCol w:w="4762"/>
    </w:tblGrid>
    <w:tr w:rsidR="00835692" w14:paraId="2C7B515E" w14:textId="77777777">
      <w:trPr>
        <w:jc w:val="center"/>
      </w:trPr>
      <w:tc>
        <w:tcPr>
          <w:tcW w:w="5103" w:type="dxa"/>
          <w:vAlign w:val="center"/>
        </w:tcPr>
        <w:p w14:paraId="70B514D2" w14:textId="77777777" w:rsidR="00835692" w:rsidRDefault="00325523">
          <w:pPr>
            <w:spacing w:after="0"/>
            <w:rPr>
              <w:lang w:eastAsia="zh-CN"/>
            </w:rPr>
          </w:pPr>
          <w:r>
            <w:rPr>
              <w:rFonts w:ascii="Arial" w:eastAsia="Arial" w:hAnsi="Arial" w:cs="Noto Sans CJK SC"/>
              <w:b/>
              <w:color w:val="1F4E79"/>
              <w:sz w:val="17"/>
            </w:rPr>
            <w:t>Jiangsu Aurek Intelligent Technology Co., Ltd.</w:t>
          </w:r>
        </w:p>
      </w:tc>
      <w:tc>
        <w:tcPr>
          <w:tcW w:w="4762" w:type="dxa"/>
          <w:vAlign w:val="center"/>
        </w:tcPr>
        <w:p w14:paraId="6DECB226" w14:textId="77777777" w:rsidR="00835692" w:rsidRDefault="00325523">
          <w:pPr>
            <w:spacing w:after="0"/>
            <w:jc w:val="right"/>
          </w:pPr>
          <w:r>
            <w:rPr>
              <w:rFonts w:ascii="Arial" w:eastAsia="Arial" w:hAnsi="Arial" w:cs="Noto Sans CJK SC"/>
              <w:b/>
              <w:color w:val="4B5563"/>
              <w:sz w:val="17"/>
            </w:rPr>
            <w:t>On-site confirmation checklist before installation</w:t>
          </w:r>
        </w:p>
      </w:tc>
    </w:tr>
  </w:tbl>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32DAF7" w14:textId="77777777" w:rsidR="00E83919" w:rsidRDefault="00E83919">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30"/>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20"/>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a"/>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a0"/>
      <w:lvlText w:val=""/>
      <w:lvlJc w:val="left"/>
      <w:pPr>
        <w:tabs>
          <w:tab w:val="num" w:pos="360"/>
        </w:tabs>
        <w:ind w:left="360" w:hanging="360"/>
      </w:pPr>
      <w:rPr>
        <w:rFonts w:ascii="Symbol" w:hAnsi="Symbol" w:hint="default"/>
      </w:rPr>
    </w:lvl>
  </w:abstractNum>
  <w:num w:numId="1" w16cid:durableId="1835564333">
    <w:abstractNumId w:val="8"/>
  </w:num>
  <w:num w:numId="2" w16cid:durableId="777718476">
    <w:abstractNumId w:val="6"/>
  </w:num>
  <w:num w:numId="3" w16cid:durableId="845249752">
    <w:abstractNumId w:val="5"/>
  </w:num>
  <w:num w:numId="4" w16cid:durableId="1953781503">
    <w:abstractNumId w:val="4"/>
  </w:num>
  <w:num w:numId="5" w16cid:durableId="1054504936">
    <w:abstractNumId w:val="7"/>
  </w:num>
  <w:num w:numId="6" w16cid:durableId="2066641143">
    <w:abstractNumId w:val="3"/>
  </w:num>
  <w:num w:numId="7" w16cid:durableId="1617366185">
    <w:abstractNumId w:val="2"/>
  </w:num>
  <w:num w:numId="8" w16cid:durableId="2009627157">
    <w:abstractNumId w:val="1"/>
  </w:num>
  <w:num w:numId="9" w16cid:durableId="48447063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bordersDoNotSurroundHeader/>
  <w:bordersDoNotSurroundFooter/>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40C3D"/>
    <w:rsid w:val="0006063C"/>
    <w:rsid w:val="00062994"/>
    <w:rsid w:val="0007646A"/>
    <w:rsid w:val="000864E3"/>
    <w:rsid w:val="000A00E3"/>
    <w:rsid w:val="000D2B9A"/>
    <w:rsid w:val="0015074B"/>
    <w:rsid w:val="00274051"/>
    <w:rsid w:val="0029639D"/>
    <w:rsid w:val="00325523"/>
    <w:rsid w:val="00326F90"/>
    <w:rsid w:val="003B2801"/>
    <w:rsid w:val="0040388F"/>
    <w:rsid w:val="005667B1"/>
    <w:rsid w:val="00572589"/>
    <w:rsid w:val="00705D48"/>
    <w:rsid w:val="00710078"/>
    <w:rsid w:val="00715B32"/>
    <w:rsid w:val="00751208"/>
    <w:rsid w:val="00770C67"/>
    <w:rsid w:val="00835692"/>
    <w:rsid w:val="008F7017"/>
    <w:rsid w:val="0096449F"/>
    <w:rsid w:val="00971929"/>
    <w:rsid w:val="009A136C"/>
    <w:rsid w:val="009B0718"/>
    <w:rsid w:val="00AA1D8D"/>
    <w:rsid w:val="00B47730"/>
    <w:rsid w:val="00B80C1B"/>
    <w:rsid w:val="00BA323A"/>
    <w:rsid w:val="00C63DFA"/>
    <w:rsid w:val="00CB0664"/>
    <w:rsid w:val="00CC4C47"/>
    <w:rsid w:val="00D27708"/>
    <w:rsid w:val="00E37348"/>
    <w:rsid w:val="00E51405"/>
    <w:rsid w:val="00E83919"/>
    <w:rsid w:val="00ED7E5E"/>
    <w:rsid w:val="00F275EB"/>
    <w:rsid w:val="00FC290F"/>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68E516B"/>
  <w14:defaultImageDpi w14:val="300"/>
  <w15:docId w15:val="{DB03E5EB-3452-4956-9178-AAF49DB710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FC693F"/>
    <w:rPr>
      <w:rFonts w:ascii="Noto Sans CJK SC" w:eastAsia="Noto Sans CJK SC" w:hAnsi="Noto Sans CJK SC"/>
      <w:sz w:val="20"/>
    </w:rPr>
  </w:style>
  <w:style w:type="paragraph" w:styleId="1">
    <w:name w:val="heading 1"/>
    <w:basedOn w:val="a1"/>
    <w:next w:val="a1"/>
    <w:link w:val="10"/>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1">
    <w:name w:val="heading 2"/>
    <w:basedOn w:val="a1"/>
    <w:next w:val="a1"/>
    <w:link w:val="22"/>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1">
    <w:name w:val="heading 3"/>
    <w:basedOn w:val="a1"/>
    <w:next w:val="a1"/>
    <w:link w:val="32"/>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1"/>
    <w:next w:val="a1"/>
    <w:link w:val="40"/>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1"/>
    <w:next w:val="a1"/>
    <w:link w:val="50"/>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1"/>
    <w:next w:val="a1"/>
    <w:link w:val="60"/>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1"/>
    <w:next w:val="a1"/>
    <w:link w:val="70"/>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1"/>
    <w:next w:val="a1"/>
    <w:link w:val="80"/>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Cs w:val="20"/>
    </w:rPr>
  </w:style>
  <w:style w:type="paragraph" w:styleId="9">
    <w:name w:val="heading 9"/>
    <w:basedOn w:val="a1"/>
    <w:next w:val="a1"/>
    <w:link w:val="90"/>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a6"/>
    <w:uiPriority w:val="99"/>
    <w:unhideWhenUsed/>
    <w:rsid w:val="00E618BF"/>
    <w:pPr>
      <w:tabs>
        <w:tab w:val="center" w:pos="4680"/>
        <w:tab w:val="right" w:pos="9360"/>
      </w:tabs>
      <w:spacing w:after="0" w:line="240" w:lineRule="auto"/>
    </w:pPr>
  </w:style>
  <w:style w:type="character" w:customStyle="1" w:styleId="a6">
    <w:name w:val="页眉 字符"/>
    <w:basedOn w:val="a2"/>
    <w:link w:val="a5"/>
    <w:uiPriority w:val="99"/>
    <w:rsid w:val="00E618BF"/>
  </w:style>
  <w:style w:type="paragraph" w:styleId="a7">
    <w:name w:val="footer"/>
    <w:basedOn w:val="a1"/>
    <w:link w:val="a8"/>
    <w:uiPriority w:val="99"/>
    <w:unhideWhenUsed/>
    <w:rsid w:val="00E618BF"/>
    <w:pPr>
      <w:tabs>
        <w:tab w:val="center" w:pos="4680"/>
        <w:tab w:val="right" w:pos="9360"/>
      </w:tabs>
      <w:spacing w:after="0" w:line="240" w:lineRule="auto"/>
    </w:pPr>
  </w:style>
  <w:style w:type="character" w:customStyle="1" w:styleId="a8">
    <w:name w:val="页脚 字符"/>
    <w:basedOn w:val="a2"/>
    <w:link w:val="a7"/>
    <w:uiPriority w:val="99"/>
    <w:rsid w:val="00E618BF"/>
  </w:style>
  <w:style w:type="paragraph" w:styleId="a9">
    <w:name w:val="No Spacing"/>
    <w:uiPriority w:val="1"/>
    <w:qFormat/>
    <w:rsid w:val="00FC693F"/>
    <w:pPr>
      <w:spacing w:after="0" w:line="240" w:lineRule="auto"/>
    </w:pPr>
  </w:style>
  <w:style w:type="character" w:customStyle="1" w:styleId="10">
    <w:name w:val="标题 1 字符"/>
    <w:basedOn w:val="a2"/>
    <w:link w:val="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22">
    <w:name w:val="标题 2 字符"/>
    <w:basedOn w:val="a2"/>
    <w:link w:val="21"/>
    <w:uiPriority w:val="9"/>
    <w:rsid w:val="00FC693F"/>
    <w:rPr>
      <w:rFonts w:asciiTheme="majorHAnsi" w:eastAsiaTheme="majorEastAsia" w:hAnsiTheme="majorHAnsi" w:cstheme="majorBidi"/>
      <w:b/>
      <w:bCs/>
      <w:color w:val="4F81BD" w:themeColor="accent1"/>
      <w:sz w:val="26"/>
      <w:szCs w:val="26"/>
    </w:rPr>
  </w:style>
  <w:style w:type="character" w:customStyle="1" w:styleId="32">
    <w:name w:val="标题 3 字符"/>
    <w:basedOn w:val="a2"/>
    <w:link w:val="31"/>
    <w:uiPriority w:val="9"/>
    <w:rsid w:val="00FC693F"/>
    <w:rPr>
      <w:rFonts w:asciiTheme="majorHAnsi" w:eastAsiaTheme="majorEastAsia" w:hAnsiTheme="majorHAnsi" w:cstheme="majorBidi"/>
      <w:b/>
      <w:bCs/>
      <w:color w:val="4F81BD" w:themeColor="accent1"/>
    </w:rPr>
  </w:style>
  <w:style w:type="paragraph" w:styleId="aa">
    <w:name w:val="Title"/>
    <w:basedOn w:val="a1"/>
    <w:next w:val="a1"/>
    <w:link w:val="ab"/>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b">
    <w:name w:val="标题 字符"/>
    <w:basedOn w:val="a2"/>
    <w:link w:val="aa"/>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c">
    <w:name w:val="Subtitle"/>
    <w:basedOn w:val="a1"/>
    <w:next w:val="a1"/>
    <w:link w:val="ad"/>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d">
    <w:name w:val="副标题 字符"/>
    <w:basedOn w:val="a2"/>
    <w:link w:val="ac"/>
    <w:uiPriority w:val="11"/>
    <w:rsid w:val="00FC693F"/>
    <w:rPr>
      <w:rFonts w:asciiTheme="majorHAnsi" w:eastAsiaTheme="majorEastAsia" w:hAnsiTheme="majorHAnsi" w:cstheme="majorBidi"/>
      <w:i/>
      <w:iCs/>
      <w:color w:val="4F81BD" w:themeColor="accent1"/>
      <w:spacing w:val="15"/>
      <w:sz w:val="24"/>
      <w:szCs w:val="24"/>
    </w:rPr>
  </w:style>
  <w:style w:type="paragraph" w:styleId="ae">
    <w:name w:val="List Paragraph"/>
    <w:basedOn w:val="a1"/>
    <w:uiPriority w:val="34"/>
    <w:qFormat/>
    <w:rsid w:val="00FC693F"/>
    <w:pPr>
      <w:ind w:left="720"/>
      <w:contextualSpacing/>
    </w:pPr>
  </w:style>
  <w:style w:type="paragraph" w:styleId="af">
    <w:name w:val="Body Text"/>
    <w:basedOn w:val="a1"/>
    <w:link w:val="af0"/>
    <w:uiPriority w:val="99"/>
    <w:unhideWhenUsed/>
    <w:rsid w:val="00AA1D8D"/>
    <w:pPr>
      <w:spacing w:after="120"/>
    </w:pPr>
  </w:style>
  <w:style w:type="character" w:customStyle="1" w:styleId="af0">
    <w:name w:val="正文文本 字符"/>
    <w:basedOn w:val="a2"/>
    <w:link w:val="af"/>
    <w:uiPriority w:val="99"/>
    <w:rsid w:val="00AA1D8D"/>
  </w:style>
  <w:style w:type="paragraph" w:styleId="23">
    <w:name w:val="Body Text 2"/>
    <w:basedOn w:val="a1"/>
    <w:link w:val="24"/>
    <w:uiPriority w:val="99"/>
    <w:unhideWhenUsed/>
    <w:rsid w:val="00AA1D8D"/>
    <w:pPr>
      <w:spacing w:after="120" w:line="480" w:lineRule="auto"/>
    </w:pPr>
  </w:style>
  <w:style w:type="character" w:customStyle="1" w:styleId="24">
    <w:name w:val="正文文本 2 字符"/>
    <w:basedOn w:val="a2"/>
    <w:link w:val="23"/>
    <w:uiPriority w:val="99"/>
    <w:rsid w:val="00AA1D8D"/>
  </w:style>
  <w:style w:type="paragraph" w:styleId="33">
    <w:name w:val="Body Text 3"/>
    <w:basedOn w:val="a1"/>
    <w:link w:val="34"/>
    <w:uiPriority w:val="99"/>
    <w:unhideWhenUsed/>
    <w:rsid w:val="00AA1D8D"/>
    <w:pPr>
      <w:spacing w:after="120"/>
    </w:pPr>
    <w:rPr>
      <w:sz w:val="16"/>
      <w:szCs w:val="16"/>
    </w:rPr>
  </w:style>
  <w:style w:type="character" w:customStyle="1" w:styleId="34">
    <w:name w:val="正文文本 3 字符"/>
    <w:basedOn w:val="a2"/>
    <w:link w:val="33"/>
    <w:uiPriority w:val="99"/>
    <w:rsid w:val="00AA1D8D"/>
    <w:rPr>
      <w:sz w:val="16"/>
      <w:szCs w:val="16"/>
    </w:rPr>
  </w:style>
  <w:style w:type="paragraph" w:styleId="af1">
    <w:name w:val="List"/>
    <w:basedOn w:val="a1"/>
    <w:uiPriority w:val="99"/>
    <w:unhideWhenUsed/>
    <w:rsid w:val="00AA1D8D"/>
    <w:pPr>
      <w:ind w:left="360" w:hanging="360"/>
      <w:contextualSpacing/>
    </w:pPr>
  </w:style>
  <w:style w:type="paragraph" w:styleId="25">
    <w:name w:val="List 2"/>
    <w:basedOn w:val="a1"/>
    <w:uiPriority w:val="99"/>
    <w:unhideWhenUsed/>
    <w:rsid w:val="00326F90"/>
    <w:pPr>
      <w:ind w:left="720" w:hanging="360"/>
      <w:contextualSpacing/>
    </w:pPr>
  </w:style>
  <w:style w:type="paragraph" w:styleId="35">
    <w:name w:val="List 3"/>
    <w:basedOn w:val="a1"/>
    <w:uiPriority w:val="99"/>
    <w:unhideWhenUsed/>
    <w:rsid w:val="00326F90"/>
    <w:pPr>
      <w:ind w:left="1080" w:hanging="360"/>
      <w:contextualSpacing/>
    </w:pPr>
  </w:style>
  <w:style w:type="paragraph" w:styleId="a0">
    <w:name w:val="List Bullet"/>
    <w:basedOn w:val="a1"/>
    <w:uiPriority w:val="99"/>
    <w:unhideWhenUsed/>
    <w:rsid w:val="00326F90"/>
    <w:pPr>
      <w:numPr>
        <w:numId w:val="1"/>
      </w:numPr>
      <w:contextualSpacing/>
    </w:pPr>
  </w:style>
  <w:style w:type="paragraph" w:styleId="20">
    <w:name w:val="List Bullet 2"/>
    <w:basedOn w:val="a1"/>
    <w:uiPriority w:val="99"/>
    <w:unhideWhenUsed/>
    <w:rsid w:val="00326F90"/>
    <w:pPr>
      <w:numPr>
        <w:numId w:val="2"/>
      </w:numPr>
      <w:contextualSpacing/>
    </w:pPr>
  </w:style>
  <w:style w:type="paragraph" w:styleId="30">
    <w:name w:val="List Bullet 3"/>
    <w:basedOn w:val="a1"/>
    <w:uiPriority w:val="99"/>
    <w:unhideWhenUsed/>
    <w:rsid w:val="00326F90"/>
    <w:pPr>
      <w:numPr>
        <w:numId w:val="3"/>
      </w:numPr>
      <w:contextualSpacing/>
    </w:pPr>
  </w:style>
  <w:style w:type="paragraph" w:styleId="a">
    <w:name w:val="List Number"/>
    <w:basedOn w:val="a1"/>
    <w:uiPriority w:val="99"/>
    <w:unhideWhenUsed/>
    <w:rsid w:val="00326F90"/>
    <w:pPr>
      <w:numPr>
        <w:numId w:val="5"/>
      </w:numPr>
      <w:contextualSpacing/>
    </w:pPr>
  </w:style>
  <w:style w:type="paragraph" w:styleId="2">
    <w:name w:val="List Number 2"/>
    <w:basedOn w:val="a1"/>
    <w:uiPriority w:val="99"/>
    <w:unhideWhenUsed/>
    <w:rsid w:val="0029639D"/>
    <w:pPr>
      <w:numPr>
        <w:numId w:val="6"/>
      </w:numPr>
      <w:contextualSpacing/>
    </w:pPr>
  </w:style>
  <w:style w:type="paragraph" w:styleId="3">
    <w:name w:val="List Number 3"/>
    <w:basedOn w:val="a1"/>
    <w:uiPriority w:val="99"/>
    <w:unhideWhenUsed/>
    <w:rsid w:val="0029639D"/>
    <w:pPr>
      <w:numPr>
        <w:numId w:val="7"/>
      </w:numPr>
      <w:contextualSpacing/>
    </w:pPr>
  </w:style>
  <w:style w:type="paragraph" w:styleId="af2">
    <w:name w:val="List Continue"/>
    <w:basedOn w:val="a1"/>
    <w:uiPriority w:val="99"/>
    <w:unhideWhenUsed/>
    <w:rsid w:val="0029639D"/>
    <w:pPr>
      <w:spacing w:after="120"/>
      <w:ind w:left="360"/>
      <w:contextualSpacing/>
    </w:pPr>
  </w:style>
  <w:style w:type="paragraph" w:styleId="26">
    <w:name w:val="List Continue 2"/>
    <w:basedOn w:val="a1"/>
    <w:uiPriority w:val="99"/>
    <w:unhideWhenUsed/>
    <w:rsid w:val="0029639D"/>
    <w:pPr>
      <w:spacing w:after="120"/>
      <w:ind w:left="720"/>
      <w:contextualSpacing/>
    </w:pPr>
  </w:style>
  <w:style w:type="paragraph" w:styleId="36">
    <w:name w:val="List Continue 3"/>
    <w:basedOn w:val="a1"/>
    <w:uiPriority w:val="99"/>
    <w:unhideWhenUsed/>
    <w:rsid w:val="0029639D"/>
    <w:pPr>
      <w:spacing w:after="120"/>
      <w:ind w:left="1080"/>
      <w:contextualSpacing/>
    </w:pPr>
  </w:style>
  <w:style w:type="paragraph" w:styleId="af3">
    <w:name w:val="macro"/>
    <w:link w:val="af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af4">
    <w:name w:val="宏文本 字符"/>
    <w:basedOn w:val="a2"/>
    <w:link w:val="af3"/>
    <w:uiPriority w:val="99"/>
    <w:rsid w:val="0029639D"/>
    <w:rPr>
      <w:rFonts w:ascii="Courier" w:hAnsi="Courier"/>
      <w:sz w:val="20"/>
      <w:szCs w:val="20"/>
    </w:rPr>
  </w:style>
  <w:style w:type="paragraph" w:styleId="af5">
    <w:name w:val="Quote"/>
    <w:basedOn w:val="a1"/>
    <w:next w:val="a1"/>
    <w:link w:val="af6"/>
    <w:uiPriority w:val="29"/>
    <w:qFormat/>
    <w:rsid w:val="00FC693F"/>
    <w:rPr>
      <w:i/>
      <w:iCs/>
      <w:color w:val="000000" w:themeColor="text1"/>
    </w:rPr>
  </w:style>
  <w:style w:type="character" w:customStyle="1" w:styleId="af6">
    <w:name w:val="引用 字符"/>
    <w:basedOn w:val="a2"/>
    <w:link w:val="af5"/>
    <w:uiPriority w:val="29"/>
    <w:rsid w:val="00FC693F"/>
    <w:rPr>
      <w:i/>
      <w:iCs/>
      <w:color w:val="000000" w:themeColor="text1"/>
    </w:rPr>
  </w:style>
  <w:style w:type="character" w:customStyle="1" w:styleId="40">
    <w:name w:val="标题 4 字符"/>
    <w:basedOn w:val="a2"/>
    <w:link w:val="4"/>
    <w:uiPriority w:val="9"/>
    <w:semiHidden/>
    <w:rsid w:val="00FC693F"/>
    <w:rPr>
      <w:rFonts w:asciiTheme="majorHAnsi" w:eastAsiaTheme="majorEastAsia" w:hAnsiTheme="majorHAnsi" w:cstheme="majorBidi"/>
      <w:b/>
      <w:bCs/>
      <w:i/>
      <w:iCs/>
      <w:color w:val="4F81BD" w:themeColor="accent1"/>
    </w:rPr>
  </w:style>
  <w:style w:type="character" w:customStyle="1" w:styleId="50">
    <w:name w:val="标题 5 字符"/>
    <w:basedOn w:val="a2"/>
    <w:link w:val="5"/>
    <w:uiPriority w:val="9"/>
    <w:semiHidden/>
    <w:rsid w:val="00FC693F"/>
    <w:rPr>
      <w:rFonts w:asciiTheme="majorHAnsi" w:eastAsiaTheme="majorEastAsia" w:hAnsiTheme="majorHAnsi" w:cstheme="majorBidi"/>
      <w:color w:val="243F60" w:themeColor="accent1" w:themeShade="7F"/>
    </w:rPr>
  </w:style>
  <w:style w:type="character" w:customStyle="1" w:styleId="60">
    <w:name w:val="标题 6 字符"/>
    <w:basedOn w:val="a2"/>
    <w:link w:val="6"/>
    <w:uiPriority w:val="9"/>
    <w:semiHidden/>
    <w:rsid w:val="00FC693F"/>
    <w:rPr>
      <w:rFonts w:asciiTheme="majorHAnsi" w:eastAsiaTheme="majorEastAsia" w:hAnsiTheme="majorHAnsi" w:cstheme="majorBidi"/>
      <w:i/>
      <w:iCs/>
      <w:color w:val="243F60" w:themeColor="accent1" w:themeShade="7F"/>
    </w:rPr>
  </w:style>
  <w:style w:type="character" w:customStyle="1" w:styleId="70">
    <w:name w:val="标题 7 字符"/>
    <w:basedOn w:val="a2"/>
    <w:link w:val="7"/>
    <w:uiPriority w:val="9"/>
    <w:semiHidden/>
    <w:rsid w:val="00FC693F"/>
    <w:rPr>
      <w:rFonts w:asciiTheme="majorHAnsi" w:eastAsiaTheme="majorEastAsia" w:hAnsiTheme="majorHAnsi" w:cstheme="majorBidi"/>
      <w:i/>
      <w:iCs/>
      <w:color w:val="404040" w:themeColor="text1" w:themeTint="BF"/>
    </w:rPr>
  </w:style>
  <w:style w:type="character" w:customStyle="1" w:styleId="80">
    <w:name w:val="标题 8 字符"/>
    <w:basedOn w:val="a2"/>
    <w:link w:val="8"/>
    <w:uiPriority w:val="9"/>
    <w:semiHidden/>
    <w:rsid w:val="00FC693F"/>
    <w:rPr>
      <w:rFonts w:asciiTheme="majorHAnsi" w:eastAsiaTheme="majorEastAsia" w:hAnsiTheme="majorHAnsi" w:cstheme="majorBidi"/>
      <w:color w:val="4F81BD" w:themeColor="accent1"/>
      <w:sz w:val="20"/>
      <w:szCs w:val="20"/>
    </w:rPr>
  </w:style>
  <w:style w:type="character" w:customStyle="1" w:styleId="90">
    <w:name w:val="标题 9 字符"/>
    <w:basedOn w:val="a2"/>
    <w:link w:val="9"/>
    <w:uiPriority w:val="9"/>
    <w:semiHidden/>
    <w:rsid w:val="00FC693F"/>
    <w:rPr>
      <w:rFonts w:asciiTheme="majorHAnsi" w:eastAsiaTheme="majorEastAsia" w:hAnsiTheme="majorHAnsi" w:cstheme="majorBidi"/>
      <w:i/>
      <w:iCs/>
      <w:color w:val="404040" w:themeColor="text1" w:themeTint="BF"/>
      <w:sz w:val="20"/>
      <w:szCs w:val="20"/>
    </w:rPr>
  </w:style>
  <w:style w:type="paragraph" w:styleId="af7">
    <w:name w:val="caption"/>
    <w:basedOn w:val="a1"/>
    <w:next w:val="a1"/>
    <w:uiPriority w:val="35"/>
    <w:semiHidden/>
    <w:unhideWhenUsed/>
    <w:qFormat/>
    <w:rsid w:val="00FC693F"/>
    <w:pPr>
      <w:spacing w:line="240" w:lineRule="auto"/>
    </w:pPr>
    <w:rPr>
      <w:b/>
      <w:bCs/>
      <w:color w:val="4F81BD" w:themeColor="accent1"/>
      <w:sz w:val="18"/>
      <w:szCs w:val="18"/>
    </w:rPr>
  </w:style>
  <w:style w:type="character" w:styleId="af8">
    <w:name w:val="Strong"/>
    <w:basedOn w:val="a2"/>
    <w:uiPriority w:val="22"/>
    <w:qFormat/>
    <w:rsid w:val="00FC693F"/>
    <w:rPr>
      <w:b/>
      <w:bCs/>
    </w:rPr>
  </w:style>
  <w:style w:type="character" w:styleId="af9">
    <w:name w:val="Emphasis"/>
    <w:basedOn w:val="a2"/>
    <w:uiPriority w:val="20"/>
    <w:qFormat/>
    <w:rsid w:val="00FC693F"/>
    <w:rPr>
      <w:i/>
      <w:iCs/>
    </w:rPr>
  </w:style>
  <w:style w:type="paragraph" w:styleId="afa">
    <w:name w:val="Intense Quote"/>
    <w:basedOn w:val="a1"/>
    <w:next w:val="a1"/>
    <w:link w:val="afb"/>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afb">
    <w:name w:val="明显引用 字符"/>
    <w:basedOn w:val="a2"/>
    <w:link w:val="afa"/>
    <w:uiPriority w:val="30"/>
    <w:rsid w:val="00FC693F"/>
    <w:rPr>
      <w:b/>
      <w:bCs/>
      <w:i/>
      <w:iCs/>
      <w:color w:val="4F81BD" w:themeColor="accent1"/>
    </w:rPr>
  </w:style>
  <w:style w:type="character" w:styleId="afc">
    <w:name w:val="Subtle Emphasis"/>
    <w:basedOn w:val="a2"/>
    <w:uiPriority w:val="19"/>
    <w:qFormat/>
    <w:rsid w:val="00FC693F"/>
    <w:rPr>
      <w:i/>
      <w:iCs/>
      <w:color w:val="808080" w:themeColor="text1" w:themeTint="7F"/>
    </w:rPr>
  </w:style>
  <w:style w:type="character" w:styleId="afd">
    <w:name w:val="Intense Emphasis"/>
    <w:basedOn w:val="a2"/>
    <w:uiPriority w:val="21"/>
    <w:qFormat/>
    <w:rsid w:val="00FC693F"/>
    <w:rPr>
      <w:b/>
      <w:bCs/>
      <w:i/>
      <w:iCs/>
      <w:color w:val="4F81BD" w:themeColor="accent1"/>
    </w:rPr>
  </w:style>
  <w:style w:type="character" w:styleId="afe">
    <w:name w:val="Subtle Reference"/>
    <w:basedOn w:val="a2"/>
    <w:uiPriority w:val="31"/>
    <w:qFormat/>
    <w:rsid w:val="00FC693F"/>
    <w:rPr>
      <w:smallCaps/>
      <w:color w:val="C0504D" w:themeColor="accent2"/>
      <w:u w:val="single"/>
    </w:rPr>
  </w:style>
  <w:style w:type="character" w:styleId="aff">
    <w:name w:val="Intense Reference"/>
    <w:basedOn w:val="a2"/>
    <w:uiPriority w:val="32"/>
    <w:qFormat/>
    <w:rsid w:val="00FC693F"/>
    <w:rPr>
      <w:b/>
      <w:bCs/>
      <w:smallCaps/>
      <w:color w:val="C0504D" w:themeColor="accent2"/>
      <w:spacing w:val="5"/>
      <w:u w:val="single"/>
    </w:rPr>
  </w:style>
  <w:style w:type="character" w:styleId="aff0">
    <w:name w:val="Book Title"/>
    <w:basedOn w:val="a2"/>
    <w:uiPriority w:val="33"/>
    <w:qFormat/>
    <w:rsid w:val="00FC693F"/>
    <w:rPr>
      <w:b/>
      <w:bCs/>
      <w:smallCaps/>
      <w:spacing w:val="5"/>
    </w:rPr>
  </w:style>
  <w:style w:type="paragraph" w:styleId="TOC">
    <w:name w:val="TOC Heading"/>
    <w:basedOn w:val="1"/>
    <w:next w:val="a1"/>
    <w:uiPriority w:val="39"/>
    <w:semiHidden/>
    <w:unhideWhenUsed/>
    <w:qFormat/>
    <w:rsid w:val="00FC693F"/>
    <w:pPr>
      <w:outlineLvl w:val="9"/>
    </w:pPr>
  </w:style>
  <w:style w:type="table" w:styleId="aff1">
    <w:name w:val="Table Grid"/>
    <w:basedOn w:val="a3"/>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f2">
    <w:name w:val="Light Shading"/>
    <w:basedOn w:val="a3"/>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
    <w:name w:val="Light Shading Accent 1"/>
    <w:basedOn w:val="a3"/>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2">
    <w:name w:val="Light Shading Accent 2"/>
    <w:basedOn w:val="a3"/>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3">
    <w:name w:val="Light Shading Accent 3"/>
    <w:basedOn w:val="a3"/>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
    <w:name w:val="Light Shading Accent 4"/>
    <w:basedOn w:val="a3"/>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5">
    <w:name w:val="Light Shading Accent 5"/>
    <w:basedOn w:val="a3"/>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6">
    <w:name w:val="Light Shading Accent 6"/>
    <w:basedOn w:val="a3"/>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aff3">
    <w:name w:val="Light List"/>
    <w:basedOn w:val="a3"/>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0">
    <w:name w:val="Light List Accent 1"/>
    <w:basedOn w:val="a3"/>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0">
    <w:name w:val="Light List Accent 2"/>
    <w:basedOn w:val="a3"/>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30">
    <w:name w:val="Light List Accent 3"/>
    <w:basedOn w:val="a3"/>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40">
    <w:name w:val="Light List Accent 4"/>
    <w:basedOn w:val="a3"/>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50">
    <w:name w:val="Light List Accent 5"/>
    <w:basedOn w:val="a3"/>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60">
    <w:name w:val="Light List Accent 6"/>
    <w:basedOn w:val="a3"/>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aff4">
    <w:name w:val="Light Grid"/>
    <w:basedOn w:val="a3"/>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1">
    <w:name w:val="Light Grid Accent 1"/>
    <w:basedOn w:val="a3"/>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21">
    <w:name w:val="Light Grid Accent 2"/>
    <w:basedOn w:val="a3"/>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31">
    <w:name w:val="Light Grid Accent 3"/>
    <w:basedOn w:val="a3"/>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41">
    <w:name w:val="Light Grid Accent 4"/>
    <w:basedOn w:val="a3"/>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51">
    <w:name w:val="Light Grid Accent 5"/>
    <w:basedOn w:val="a3"/>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61">
    <w:name w:val="Light Grid Accent 6"/>
    <w:basedOn w:val="a3"/>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11">
    <w:name w:val="Medium Shading 1"/>
    <w:basedOn w:val="a3"/>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
    <w:name w:val="Medium Shading 1 Accent 1"/>
    <w:basedOn w:val="a3"/>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1-2">
    <w:name w:val="Medium Shading 1 Accent 2"/>
    <w:basedOn w:val="a3"/>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1-3">
    <w:name w:val="Medium Shading 1 Accent 3"/>
    <w:basedOn w:val="a3"/>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1-4">
    <w:name w:val="Medium Shading 1 Accent 4"/>
    <w:basedOn w:val="a3"/>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1-5">
    <w:name w:val="Medium Shading 1 Accent 5"/>
    <w:basedOn w:val="a3"/>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1-6">
    <w:name w:val="Medium Shading 1 Accent 6"/>
    <w:basedOn w:val="a3"/>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27">
    <w:name w:val="Medium Shading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1">
    <w:name w:val="Medium Shading 2 Accent 1"/>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
    <w:name w:val="Medium Shading 2 Accent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
    <w:name w:val="Medium Shading 2 Accent 3"/>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4">
    <w:name w:val="Medium Shading 2 Accent 4"/>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
    <w:name w:val="Medium Shading 2 Accent 5"/>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2">
    <w:name w:val="Medium List 1"/>
    <w:basedOn w:val="a3"/>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0">
    <w:name w:val="Medium List 1 Accent 1"/>
    <w:basedOn w:val="a3"/>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1-20">
    <w:name w:val="Medium List 1 Accent 2"/>
    <w:basedOn w:val="a3"/>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1-30">
    <w:name w:val="Medium List 1 Accent 3"/>
    <w:basedOn w:val="a3"/>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1-40">
    <w:name w:val="Medium List 1 Accent 4"/>
    <w:basedOn w:val="a3"/>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1-50">
    <w:name w:val="Medium List 1 Accent 5"/>
    <w:basedOn w:val="a3"/>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1-60">
    <w:name w:val="Medium List 1 Accent 6"/>
    <w:basedOn w:val="a3"/>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28">
    <w:name w:val="Medium Lis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0">
    <w:name w:val="Medium List 2 Accent 1"/>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0">
    <w:name w:val="Medium List 2 Accen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0">
    <w:name w:val="Medium List 2 Accent 3"/>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0">
    <w:name w:val="Medium List 2 Accent 4"/>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0">
    <w:name w:val="Medium List 2 Accent 5"/>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0">
    <w:name w:val="Medium List 2 Accent 6"/>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13">
    <w:name w:val="Medium Grid 1"/>
    <w:basedOn w:val="a3"/>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11">
    <w:name w:val="Medium Grid 1 Accent 1"/>
    <w:basedOn w:val="a3"/>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21">
    <w:name w:val="Medium Grid 1 Accent 2"/>
    <w:basedOn w:val="a3"/>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31">
    <w:name w:val="Medium Grid 1 Accent 3"/>
    <w:basedOn w:val="a3"/>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1">
    <w:name w:val="Medium Grid 1 Accent 4"/>
    <w:basedOn w:val="a3"/>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51">
    <w:name w:val="Medium Grid 1 Accent 5"/>
    <w:basedOn w:val="a3"/>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61">
    <w:name w:val="Medium Grid 1 Accent 6"/>
    <w:basedOn w:val="a3"/>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29">
    <w:name w:val="Medium Grid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1">
    <w:name w:val="Medium Grid 2 Accent 1"/>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2-21">
    <w:name w:val="Medium Grid 2 Accent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2-31">
    <w:name w:val="Medium Grid 2 Accent 3"/>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2-41">
    <w:name w:val="Medium Grid 2 Accent 4"/>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2-51">
    <w:name w:val="Medium Grid 2 Accent 5"/>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2-61">
    <w:name w:val="Medium Grid 2 Accent 6"/>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37">
    <w:name w:val="Medium Grid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
    <w:name w:val="Medium Grid 3 Accent 1"/>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3-2">
    <w:name w:val="Medium Grid 3 Accent 2"/>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3-3">
    <w:name w:val="Medium Grid 3 Accent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3-4">
    <w:name w:val="Medium Grid 3 Accent 4"/>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3-5">
    <w:name w:val="Medium Grid 3 Accent 5"/>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3-6">
    <w:name w:val="Medium Grid 3 Accent 6"/>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aff5">
    <w:name w:val="Dark List"/>
    <w:basedOn w:val="a3"/>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2">
    <w:name w:val="Dark List Accent 1"/>
    <w:basedOn w:val="a3"/>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22">
    <w:name w:val="Dark List Accent 2"/>
    <w:basedOn w:val="a3"/>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32">
    <w:name w:val="Dark List Accent 3"/>
    <w:basedOn w:val="a3"/>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42">
    <w:name w:val="Dark List Accent 4"/>
    <w:basedOn w:val="a3"/>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52">
    <w:name w:val="Dark List Accent 5"/>
    <w:basedOn w:val="a3"/>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62">
    <w:name w:val="Dark List Accent 6"/>
    <w:basedOn w:val="a3"/>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aff6">
    <w:name w:val="Colorful Shading"/>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3">
    <w:name w:val="Colorful Shading Accent 1"/>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23">
    <w:name w:val="Colorful Shading Accent 2"/>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33">
    <w:name w:val="Colorful Shading Accent 3"/>
    <w:basedOn w:val="a3"/>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43">
    <w:name w:val="Colorful Shading Accent 4"/>
    <w:basedOn w:val="a3"/>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53">
    <w:name w:val="Colorful Shading Accent 5"/>
    <w:basedOn w:val="a3"/>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63">
    <w:name w:val="Colorful Shading Accent 6"/>
    <w:basedOn w:val="a3"/>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aff7">
    <w:name w:val="Colorful List"/>
    <w:basedOn w:val="a3"/>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4">
    <w:name w:val="Colorful List Accent 1"/>
    <w:basedOn w:val="a3"/>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24">
    <w:name w:val="Colorful List Accent 2"/>
    <w:basedOn w:val="a3"/>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34">
    <w:name w:val="Colorful List Accent 3"/>
    <w:basedOn w:val="a3"/>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44">
    <w:name w:val="Colorful List Accent 4"/>
    <w:basedOn w:val="a3"/>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54">
    <w:name w:val="Colorful List Accent 5"/>
    <w:basedOn w:val="a3"/>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64">
    <w:name w:val="Colorful List Accent 6"/>
    <w:basedOn w:val="a3"/>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aff8">
    <w:name w:val="Colorful Grid"/>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5">
    <w:name w:val="Colorful Grid Accent 1"/>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25">
    <w:name w:val="Colorful Grid Accent 2"/>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35">
    <w:name w:val="Colorful Grid Accent 3"/>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45">
    <w:name w:val="Colorful Grid Accent 4"/>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55">
    <w:name w:val="Colorful Grid Accent 5"/>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65">
    <w:name w:val="Colorful Grid Accent 6"/>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4</Pages>
  <Words>1280</Words>
  <Characters>7299</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8562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Pre-Installation Site Confirmation Checklist for Pneumatic Industrial Manipulators</dc:title>
  <dc:subject>Pre-Installation Confirmation Form for Pneumatic Industrial Manipulators, Pneumatic Balancers, Vacuum Lifters, and Related Equipment</dc:subject>
  <dc:creator>Jiangsu Aurek Intelligent Technology Co., Ltd.</dc:creator>
  <cp:keywords>Pneumatic Industrial Manipulator, pneumatic balancer, vacuum lifter, pre-installation confirmation, site confirmation checklist</cp:keywords>
  <dc:description>generated by python-docx</dc:description>
  <cp:lastModifiedBy>Lirion 404</cp:lastModifiedBy>
  <cp:revision>14</cp:revision>
  <dcterms:created xsi:type="dcterms:W3CDTF">2013-12-23T23:15:00Z</dcterms:created>
  <dcterms:modified xsi:type="dcterms:W3CDTF">2026-08-19T03:50:00Z</dcterms:modified>
  <cp:category/>
</cp:coreProperties>
</file>